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38319" w14:textId="77777777" w:rsidR="00CE54E9" w:rsidRPr="00596313" w:rsidRDefault="00000000">
      <w:pPr>
        <w:spacing w:after="240"/>
        <w:jc w:val="center"/>
        <w:rPr>
          <w:rFonts w:cs="Times New Roman"/>
          <w:sz w:val="24"/>
          <w:szCs w:val="24"/>
        </w:rPr>
      </w:pPr>
      <w:r w:rsidRPr="00596313">
        <w:rPr>
          <w:rFonts w:cs="Times New Roman"/>
          <w:b/>
          <w:sz w:val="24"/>
          <w:szCs w:val="24"/>
        </w:rPr>
        <w:t>DOCUMENTAȚIE DE ATRIBUIRE</w:t>
      </w:r>
    </w:p>
    <w:p w14:paraId="4D891E9D" w14:textId="77777777" w:rsidR="00CE54E9" w:rsidRPr="00596313" w:rsidRDefault="00000000">
      <w:pPr>
        <w:spacing w:after="100"/>
        <w:jc w:val="center"/>
        <w:rPr>
          <w:rFonts w:cs="Times New Roman"/>
          <w:sz w:val="24"/>
          <w:szCs w:val="24"/>
        </w:rPr>
      </w:pPr>
      <w:r w:rsidRPr="00596313">
        <w:rPr>
          <w:rFonts w:cs="Times New Roman"/>
          <w:b/>
          <w:sz w:val="24"/>
          <w:szCs w:val="24"/>
        </w:rPr>
        <w:t>SECȚIUNEA FORMULARE</w:t>
      </w:r>
    </w:p>
    <w:p w14:paraId="20684048" w14:textId="77777777" w:rsidR="00CE54E9" w:rsidRPr="00596313" w:rsidRDefault="00000000">
      <w:pPr>
        <w:spacing w:after="0"/>
        <w:jc w:val="center"/>
        <w:rPr>
          <w:rFonts w:cs="Times New Roman"/>
          <w:sz w:val="24"/>
          <w:szCs w:val="24"/>
        </w:rPr>
      </w:pPr>
      <w:r w:rsidRPr="00596313">
        <w:rPr>
          <w:rFonts w:cs="Times New Roman"/>
          <w:b/>
          <w:sz w:val="24"/>
          <w:szCs w:val="24"/>
        </w:rPr>
        <w:t>Achiziție: Servicii educaționale aferente SA 1.1</w:t>
      </w:r>
    </w:p>
    <w:p w14:paraId="5A76DC6D" w14:textId="77777777" w:rsidR="00CE54E9" w:rsidRPr="00596313" w:rsidRDefault="00000000">
      <w:pPr>
        <w:spacing w:after="0"/>
        <w:jc w:val="center"/>
        <w:rPr>
          <w:rFonts w:cs="Times New Roman"/>
          <w:sz w:val="24"/>
          <w:szCs w:val="24"/>
        </w:rPr>
      </w:pPr>
      <w:r w:rsidRPr="00596313">
        <w:rPr>
          <w:rFonts w:cs="Times New Roman"/>
          <w:sz w:val="24"/>
          <w:szCs w:val="24"/>
        </w:rPr>
        <w:t>„Activități de învățare remedială și pregătire suplimentară pentru grupul țintă”</w:t>
      </w:r>
    </w:p>
    <w:p w14:paraId="1CF32C5F" w14:textId="392BF14A" w:rsidR="00CE54E9" w:rsidRPr="007F0FC0" w:rsidRDefault="00000000">
      <w:pPr>
        <w:spacing w:after="240"/>
        <w:jc w:val="center"/>
        <w:rPr>
          <w:rFonts w:cs="Times New Roman"/>
          <w:sz w:val="24"/>
          <w:szCs w:val="24"/>
          <w:lang w:val="pt-BR"/>
        </w:rPr>
      </w:pPr>
      <w:r w:rsidRPr="007F0FC0">
        <w:rPr>
          <w:rFonts w:cs="Times New Roman"/>
          <w:sz w:val="24"/>
          <w:szCs w:val="24"/>
          <w:lang w:val="pt-BR"/>
        </w:rPr>
        <w:t xml:space="preserve">Proiect SMIS 339212 </w:t>
      </w:r>
    </w:p>
    <w:p w14:paraId="223DD548" w14:textId="77777777" w:rsidR="00596313" w:rsidRPr="007F0FC0" w:rsidRDefault="00596313">
      <w:pPr>
        <w:spacing w:after="240"/>
        <w:jc w:val="center"/>
        <w:rPr>
          <w:rFonts w:cs="Times New Roman"/>
          <w:sz w:val="24"/>
          <w:szCs w:val="24"/>
          <w:lang w:val="pt-BR"/>
        </w:rPr>
      </w:pPr>
    </w:p>
    <w:p w14:paraId="37FA0C22" w14:textId="77777777" w:rsidR="00CE54E9" w:rsidRPr="007F0FC0" w:rsidRDefault="00000000">
      <w:pPr>
        <w:pStyle w:val="Titlu1"/>
        <w:spacing w:before="140" w:after="60"/>
        <w:rPr>
          <w:rFonts w:ascii="Times New Roman" w:hAnsi="Times New Roman" w:cs="Times New Roman"/>
          <w:color w:val="auto"/>
          <w:szCs w:val="24"/>
          <w:lang w:val="pt-BR"/>
        </w:rPr>
      </w:pPr>
      <w:r w:rsidRPr="007F0FC0">
        <w:rPr>
          <w:rFonts w:ascii="Times New Roman" w:hAnsi="Times New Roman" w:cs="Times New Roman"/>
          <w:color w:val="auto"/>
          <w:szCs w:val="24"/>
          <w:lang w:val="pt-BR"/>
        </w:rPr>
        <w:t>Cuprins</w:t>
      </w:r>
    </w:p>
    <w:p w14:paraId="0EB0431B" w14:textId="77777777" w:rsidR="00CE54E9" w:rsidRPr="00596313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596313">
        <w:rPr>
          <w:rFonts w:cs="Times New Roman"/>
          <w:sz w:val="24"/>
          <w:szCs w:val="24"/>
          <w:lang w:val="pt-BR"/>
        </w:rPr>
        <w:t>Formular nr. 1 – Scrisoare de înaintare a ofertei</w:t>
      </w:r>
    </w:p>
    <w:p w14:paraId="1B0B129E" w14:textId="77777777" w:rsidR="00CE54E9" w:rsidRPr="007F0FC0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7F0FC0">
        <w:rPr>
          <w:rFonts w:cs="Times New Roman"/>
          <w:sz w:val="24"/>
          <w:szCs w:val="24"/>
          <w:lang w:val="pt-BR"/>
        </w:rPr>
        <w:t>Formular nr. 2 – Împuternicire</w:t>
      </w:r>
    </w:p>
    <w:p w14:paraId="12D5E688" w14:textId="77777777" w:rsidR="00CE54E9" w:rsidRPr="00596313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596313">
        <w:rPr>
          <w:rFonts w:cs="Times New Roman"/>
          <w:sz w:val="24"/>
          <w:szCs w:val="24"/>
          <w:lang w:val="pt-BR"/>
        </w:rPr>
        <w:t>Formular nr. 3 – Declarație privind oferta depusă</w:t>
      </w:r>
    </w:p>
    <w:p w14:paraId="32F9AC8D" w14:textId="77777777" w:rsidR="00CE54E9" w:rsidRPr="00596313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596313">
        <w:rPr>
          <w:rFonts w:cs="Times New Roman"/>
          <w:sz w:val="24"/>
          <w:szCs w:val="24"/>
          <w:lang w:val="pt-BR"/>
        </w:rPr>
        <w:t>Formular nr. 4 – Declarație privind evitarea conflictului de interese și motivele de excludere</w:t>
      </w:r>
    </w:p>
    <w:p w14:paraId="2F5D5917" w14:textId="77777777" w:rsidR="00CE54E9" w:rsidRPr="007F0FC0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7F0FC0">
        <w:rPr>
          <w:rFonts w:cs="Times New Roman"/>
          <w:sz w:val="24"/>
          <w:szCs w:val="24"/>
          <w:lang w:val="pt-BR"/>
        </w:rPr>
        <w:t>Formular nr. 5 – Acord de asociere</w:t>
      </w:r>
    </w:p>
    <w:p w14:paraId="2B2FA637" w14:textId="77777777" w:rsidR="00CE54E9" w:rsidRPr="007F0FC0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7F0FC0">
        <w:rPr>
          <w:rFonts w:cs="Times New Roman"/>
          <w:sz w:val="24"/>
          <w:szCs w:val="24"/>
          <w:lang w:val="pt-BR"/>
        </w:rPr>
        <w:t>Formular nr. 6 – Acord de subcontractare</w:t>
      </w:r>
    </w:p>
    <w:p w14:paraId="5E08642B" w14:textId="77777777" w:rsidR="00CE54E9" w:rsidRPr="00596313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596313">
        <w:rPr>
          <w:rFonts w:cs="Times New Roman"/>
          <w:sz w:val="24"/>
          <w:szCs w:val="24"/>
          <w:lang w:val="pt-BR"/>
        </w:rPr>
        <w:t>Formular nr. 7 – Declarație de însușire/conformitate cu caietul de sarcini și propunerea tehnică</w:t>
      </w:r>
    </w:p>
    <w:p w14:paraId="02F7BDCF" w14:textId="77777777" w:rsidR="00CE54E9" w:rsidRPr="00596313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596313">
        <w:rPr>
          <w:rFonts w:cs="Times New Roman"/>
          <w:sz w:val="24"/>
          <w:szCs w:val="24"/>
          <w:lang w:val="pt-BR"/>
        </w:rPr>
        <w:t>Formular nr. 8 – Declarație privind mediul, domeniul social și relațiile de muncă</w:t>
      </w:r>
    </w:p>
    <w:p w14:paraId="75396F29" w14:textId="77777777" w:rsidR="00CE54E9" w:rsidRPr="00596313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596313">
        <w:rPr>
          <w:rFonts w:cs="Times New Roman"/>
          <w:sz w:val="24"/>
          <w:szCs w:val="24"/>
          <w:lang w:val="pt-BR"/>
        </w:rPr>
        <w:t>Formular nr. 9 – Formular de ofertă financiară</w:t>
      </w:r>
    </w:p>
    <w:p w14:paraId="376A643E" w14:textId="77777777" w:rsidR="00CE54E9" w:rsidRPr="007F0FC0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7F0FC0">
        <w:rPr>
          <w:rFonts w:cs="Times New Roman"/>
          <w:sz w:val="24"/>
          <w:szCs w:val="24"/>
          <w:lang w:val="pt-BR"/>
        </w:rPr>
        <w:t>Formular nr. 10 – Centralizatorul propunerii financiare</w:t>
      </w:r>
    </w:p>
    <w:p w14:paraId="0794821B" w14:textId="77777777" w:rsidR="00CE54E9" w:rsidRPr="007F0FC0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7F0FC0">
        <w:rPr>
          <w:rFonts w:cs="Times New Roman"/>
          <w:sz w:val="24"/>
          <w:szCs w:val="24"/>
          <w:lang w:val="pt-BR"/>
        </w:rPr>
        <w:t>Formular nr. 11 – Declarație privind personalul propus și disponibilitatea</w:t>
      </w:r>
    </w:p>
    <w:p w14:paraId="675008A4" w14:textId="77777777" w:rsidR="00CE54E9" w:rsidRPr="00596313" w:rsidRDefault="00000000" w:rsidP="00596313">
      <w:pPr>
        <w:pStyle w:val="Listcumarcatori"/>
        <w:numPr>
          <w:ilvl w:val="0"/>
          <w:numId w:val="0"/>
        </w:numPr>
        <w:spacing w:after="40"/>
        <w:ind w:left="-20"/>
        <w:rPr>
          <w:rFonts w:cs="Times New Roman"/>
          <w:sz w:val="24"/>
          <w:szCs w:val="24"/>
          <w:lang w:val="pt-BR"/>
        </w:rPr>
      </w:pPr>
      <w:r w:rsidRPr="00596313">
        <w:rPr>
          <w:rFonts w:cs="Times New Roman"/>
          <w:sz w:val="24"/>
          <w:szCs w:val="24"/>
          <w:lang w:val="pt-BR"/>
        </w:rPr>
        <w:t>Formular nr. 12 – Declarație de consimțământ privind prelucrarea datelor cu caracter personal</w:t>
      </w:r>
    </w:p>
    <w:p w14:paraId="04687CAF" w14:textId="77777777" w:rsidR="00CE54E9" w:rsidRPr="00596313" w:rsidRDefault="00000000" w:rsidP="00596313">
      <w:pPr>
        <w:rPr>
          <w:rFonts w:cs="Times New Roman"/>
          <w:sz w:val="24"/>
          <w:szCs w:val="24"/>
          <w:lang w:val="pt-BR"/>
        </w:rPr>
      </w:pPr>
      <w:r w:rsidRPr="00596313">
        <w:rPr>
          <w:rFonts w:cs="Times New Roman"/>
          <w:sz w:val="24"/>
          <w:szCs w:val="24"/>
          <w:lang w:val="pt-BR"/>
        </w:rPr>
        <w:br w:type="page"/>
      </w:r>
    </w:p>
    <w:p w14:paraId="3783F7C7" w14:textId="77777777" w:rsidR="00CE54E9" w:rsidRPr="002C064B" w:rsidRDefault="00000000">
      <w:pPr>
        <w:jc w:val="center"/>
        <w:rPr>
          <w:lang w:val="pt-BR"/>
        </w:rPr>
      </w:pPr>
      <w:r w:rsidRPr="002C064B">
        <w:rPr>
          <w:b/>
          <w:lang w:val="pt-BR"/>
        </w:rPr>
        <w:lastRenderedPageBreak/>
        <w:t>FORMULAR NR. 1</w:t>
      </w:r>
    </w:p>
    <w:p w14:paraId="5CC55B97" w14:textId="77777777" w:rsidR="00CE54E9" w:rsidRDefault="00000000">
      <w:pPr>
        <w:spacing w:after="200"/>
        <w:jc w:val="center"/>
        <w:rPr>
          <w:b/>
          <w:lang w:val="pt-BR"/>
        </w:rPr>
      </w:pPr>
      <w:r w:rsidRPr="002C064B">
        <w:rPr>
          <w:b/>
          <w:lang w:val="pt-BR"/>
        </w:rPr>
        <w:t>SCRISOARE DE ÎNAINTARE A OFERTEI</w:t>
      </w:r>
    </w:p>
    <w:p w14:paraId="33DDF79C" w14:textId="77777777" w:rsidR="00596313" w:rsidRPr="002C064B" w:rsidRDefault="00596313">
      <w:pPr>
        <w:spacing w:after="200"/>
        <w:jc w:val="center"/>
        <w:rPr>
          <w:lang w:val="pt-BR"/>
        </w:rPr>
      </w:pPr>
    </w:p>
    <w:p w14:paraId="1A57A8F1" w14:textId="77777777" w:rsidR="00CE54E9" w:rsidRDefault="00000000">
      <w:pPr>
        <w:rPr>
          <w:lang w:val="pt-BR"/>
        </w:rPr>
      </w:pPr>
      <w:r w:rsidRPr="002C064B">
        <w:rPr>
          <w:lang w:val="pt-BR"/>
        </w:rPr>
        <w:t>Către: ORAȘUL TĂȘNAD</w:t>
      </w:r>
    </w:p>
    <w:p w14:paraId="23A90A8B" w14:textId="77777777" w:rsidR="00596313" w:rsidRPr="002C064B" w:rsidRDefault="00596313">
      <w:pPr>
        <w:rPr>
          <w:lang w:val="pt-BR"/>
        </w:rPr>
      </w:pPr>
    </w:p>
    <w:p w14:paraId="2FF8ED69" w14:textId="77777777" w:rsidR="00CE54E9" w:rsidRPr="002C064B" w:rsidRDefault="00000000" w:rsidP="00596313">
      <w:pPr>
        <w:jc w:val="both"/>
        <w:rPr>
          <w:lang w:val="pt-BR"/>
        </w:rPr>
      </w:pPr>
      <w:r w:rsidRPr="002C064B">
        <w:rPr>
          <w:lang w:val="pt-BR"/>
        </w:rPr>
        <w:t>Ca urmare a anunțului de publicitate nr. ______ din ______, privind procedura proprie pentru atribuirea contractului „Servicii educaționale aferente SA 1.1 – Activități de învățare remedială și pregătire suplimentară pentru grupul țintă”, în cadrul proiectului „</w:t>
      </w:r>
      <w:r w:rsidRPr="00596313">
        <w:rPr>
          <w:b/>
          <w:bCs/>
          <w:lang w:val="pt-BR"/>
        </w:rPr>
        <w:t>Educație fără frontiere – Măsuri integrate pentru comunitatea romă din Tășnad</w:t>
      </w:r>
      <w:r w:rsidRPr="002C064B">
        <w:rPr>
          <w:lang w:val="pt-BR"/>
        </w:rPr>
        <w:t>”, cod SMIS 339212, noi ______________________________ (denumirea ofertantului) vă transmitem oferta și documentele care o însoțesc.</w:t>
      </w: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669"/>
      </w:tblGrid>
      <w:tr w:rsidR="00CE54E9" w14:paraId="657127F6" w14:textId="77777777">
        <w:trPr>
          <w:jc w:val="center"/>
        </w:trPr>
        <w:tc>
          <w:tcPr>
            <w:tcW w:w="3402" w:type="dxa"/>
            <w:vAlign w:val="center"/>
          </w:tcPr>
          <w:p w14:paraId="7BB89009" w14:textId="77777777" w:rsidR="00CE54E9" w:rsidRDefault="00000000">
            <w:r>
              <w:rPr>
                <w:b/>
                <w:sz w:val="20"/>
              </w:rPr>
              <w:t>Date operator economic</w:t>
            </w:r>
          </w:p>
        </w:tc>
        <w:tc>
          <w:tcPr>
            <w:tcW w:w="5669" w:type="dxa"/>
            <w:vAlign w:val="center"/>
          </w:tcPr>
          <w:p w14:paraId="727AA0A1" w14:textId="77777777" w:rsidR="00CE54E9" w:rsidRDefault="00000000">
            <w:r>
              <w:rPr>
                <w:b/>
                <w:sz w:val="20"/>
              </w:rPr>
              <w:t>Informații</w:t>
            </w:r>
          </w:p>
        </w:tc>
      </w:tr>
      <w:tr w:rsidR="00CE54E9" w14:paraId="17B7CE0A" w14:textId="77777777">
        <w:trPr>
          <w:jc w:val="center"/>
        </w:trPr>
        <w:tc>
          <w:tcPr>
            <w:tcW w:w="3402" w:type="dxa"/>
          </w:tcPr>
          <w:p w14:paraId="411702BA" w14:textId="77777777" w:rsidR="00CE54E9" w:rsidRDefault="00000000">
            <w:r>
              <w:rPr>
                <w:sz w:val="20"/>
              </w:rPr>
              <w:t>Denumire</w:t>
            </w:r>
          </w:p>
        </w:tc>
        <w:tc>
          <w:tcPr>
            <w:tcW w:w="5669" w:type="dxa"/>
          </w:tcPr>
          <w:p w14:paraId="2AD064CD" w14:textId="77777777" w:rsidR="00CE54E9" w:rsidRDefault="00CE54E9"/>
        </w:tc>
      </w:tr>
      <w:tr w:rsidR="00CE54E9" w14:paraId="600DB977" w14:textId="77777777">
        <w:trPr>
          <w:jc w:val="center"/>
        </w:trPr>
        <w:tc>
          <w:tcPr>
            <w:tcW w:w="3402" w:type="dxa"/>
          </w:tcPr>
          <w:p w14:paraId="016806A4" w14:textId="77777777" w:rsidR="00CE54E9" w:rsidRDefault="00000000">
            <w:r>
              <w:rPr>
                <w:sz w:val="20"/>
              </w:rPr>
              <w:t>Nr. Registrul Comerțului</w:t>
            </w:r>
          </w:p>
        </w:tc>
        <w:tc>
          <w:tcPr>
            <w:tcW w:w="5669" w:type="dxa"/>
          </w:tcPr>
          <w:p w14:paraId="0ED36D1D" w14:textId="77777777" w:rsidR="00CE54E9" w:rsidRDefault="00CE54E9"/>
        </w:tc>
      </w:tr>
      <w:tr w:rsidR="00CE54E9" w14:paraId="2870422B" w14:textId="77777777">
        <w:trPr>
          <w:jc w:val="center"/>
        </w:trPr>
        <w:tc>
          <w:tcPr>
            <w:tcW w:w="3402" w:type="dxa"/>
          </w:tcPr>
          <w:p w14:paraId="0990FDF6" w14:textId="77777777" w:rsidR="00CE54E9" w:rsidRDefault="00000000">
            <w:r>
              <w:rPr>
                <w:sz w:val="20"/>
              </w:rPr>
              <w:t>CUI</w:t>
            </w:r>
          </w:p>
        </w:tc>
        <w:tc>
          <w:tcPr>
            <w:tcW w:w="5669" w:type="dxa"/>
          </w:tcPr>
          <w:p w14:paraId="1A6B7B92" w14:textId="77777777" w:rsidR="00CE54E9" w:rsidRDefault="00CE54E9"/>
        </w:tc>
      </w:tr>
      <w:tr w:rsidR="00CE54E9" w14:paraId="6F8C099A" w14:textId="77777777">
        <w:trPr>
          <w:jc w:val="center"/>
        </w:trPr>
        <w:tc>
          <w:tcPr>
            <w:tcW w:w="3402" w:type="dxa"/>
          </w:tcPr>
          <w:p w14:paraId="75A732F3" w14:textId="77777777" w:rsidR="00CE54E9" w:rsidRDefault="00000000">
            <w:r>
              <w:rPr>
                <w:sz w:val="20"/>
              </w:rPr>
              <w:t>Sediu</w:t>
            </w:r>
          </w:p>
        </w:tc>
        <w:tc>
          <w:tcPr>
            <w:tcW w:w="5669" w:type="dxa"/>
          </w:tcPr>
          <w:p w14:paraId="2A5A917C" w14:textId="77777777" w:rsidR="00CE54E9" w:rsidRDefault="00CE54E9"/>
        </w:tc>
      </w:tr>
      <w:tr w:rsidR="00CE54E9" w14:paraId="75156D4C" w14:textId="77777777">
        <w:trPr>
          <w:jc w:val="center"/>
        </w:trPr>
        <w:tc>
          <w:tcPr>
            <w:tcW w:w="3402" w:type="dxa"/>
          </w:tcPr>
          <w:p w14:paraId="6A5944B1" w14:textId="77777777" w:rsidR="00CE54E9" w:rsidRDefault="00000000">
            <w:r>
              <w:rPr>
                <w:sz w:val="20"/>
              </w:rPr>
              <w:t>Telefon / e-mail</w:t>
            </w:r>
          </w:p>
        </w:tc>
        <w:tc>
          <w:tcPr>
            <w:tcW w:w="5669" w:type="dxa"/>
          </w:tcPr>
          <w:p w14:paraId="7DAD1BEE" w14:textId="77777777" w:rsidR="00CE54E9" w:rsidRDefault="00CE54E9"/>
        </w:tc>
      </w:tr>
      <w:tr w:rsidR="00CE54E9" w14:paraId="62236E1D" w14:textId="77777777">
        <w:trPr>
          <w:jc w:val="center"/>
        </w:trPr>
        <w:tc>
          <w:tcPr>
            <w:tcW w:w="3402" w:type="dxa"/>
          </w:tcPr>
          <w:p w14:paraId="520EF5EB" w14:textId="77777777" w:rsidR="00CE54E9" w:rsidRDefault="00000000">
            <w:r>
              <w:rPr>
                <w:sz w:val="20"/>
              </w:rPr>
              <w:t>Reprezentant legal</w:t>
            </w:r>
          </w:p>
        </w:tc>
        <w:tc>
          <w:tcPr>
            <w:tcW w:w="5669" w:type="dxa"/>
          </w:tcPr>
          <w:p w14:paraId="22FD1536" w14:textId="77777777" w:rsidR="00CE54E9" w:rsidRDefault="00CE54E9"/>
        </w:tc>
      </w:tr>
      <w:tr w:rsidR="00CE54E9" w14:paraId="7E258D8A" w14:textId="77777777">
        <w:trPr>
          <w:jc w:val="center"/>
        </w:trPr>
        <w:tc>
          <w:tcPr>
            <w:tcW w:w="3402" w:type="dxa"/>
          </w:tcPr>
          <w:p w14:paraId="044442E7" w14:textId="77777777" w:rsidR="00CE54E9" w:rsidRDefault="00000000">
            <w:proofErr w:type="spellStart"/>
            <w:r>
              <w:rPr>
                <w:sz w:val="20"/>
              </w:rPr>
              <w:t>Persoană</w:t>
            </w:r>
            <w:proofErr w:type="spellEnd"/>
            <w:r>
              <w:rPr>
                <w:sz w:val="20"/>
              </w:rPr>
              <w:t xml:space="preserve"> de contact</w:t>
            </w:r>
          </w:p>
        </w:tc>
        <w:tc>
          <w:tcPr>
            <w:tcW w:w="5669" w:type="dxa"/>
          </w:tcPr>
          <w:p w14:paraId="49C74EC4" w14:textId="77777777" w:rsidR="00CE54E9" w:rsidRDefault="00CE54E9"/>
        </w:tc>
      </w:tr>
    </w:tbl>
    <w:p w14:paraId="01B3ED42" w14:textId="77777777" w:rsidR="00CE54E9" w:rsidRPr="002C064B" w:rsidRDefault="00000000">
      <w:pPr>
        <w:rPr>
          <w:lang w:val="it-IT"/>
        </w:rPr>
      </w:pPr>
      <w:r w:rsidRPr="002C064B">
        <w:rPr>
          <w:lang w:val="it-IT"/>
        </w:rPr>
        <w:t>Data: ____________    Nume și prenume: ____________________    Semnătura: ____________________</w:t>
      </w:r>
    </w:p>
    <w:p w14:paraId="6EA1B5D8" w14:textId="77777777" w:rsidR="00CE54E9" w:rsidRPr="002C064B" w:rsidRDefault="00000000">
      <w:pPr>
        <w:rPr>
          <w:lang w:val="it-IT"/>
        </w:rPr>
      </w:pPr>
      <w:r w:rsidRPr="002C064B">
        <w:rPr>
          <w:lang w:val="it-IT"/>
        </w:rPr>
        <w:br w:type="page"/>
      </w:r>
    </w:p>
    <w:p w14:paraId="4CCA1A81" w14:textId="77777777" w:rsidR="00CE54E9" w:rsidRPr="002C064B" w:rsidRDefault="00000000">
      <w:pPr>
        <w:jc w:val="center"/>
        <w:rPr>
          <w:lang w:val="it-IT"/>
        </w:rPr>
      </w:pPr>
      <w:r w:rsidRPr="002C064B">
        <w:rPr>
          <w:b/>
          <w:lang w:val="it-IT"/>
        </w:rPr>
        <w:lastRenderedPageBreak/>
        <w:t>FORMULAR NR. 2</w:t>
      </w:r>
    </w:p>
    <w:p w14:paraId="00679B29" w14:textId="77777777" w:rsidR="00CE54E9" w:rsidRPr="002C064B" w:rsidRDefault="00000000">
      <w:pPr>
        <w:spacing w:after="200"/>
        <w:jc w:val="center"/>
        <w:rPr>
          <w:lang w:val="it-IT"/>
        </w:rPr>
      </w:pPr>
      <w:r w:rsidRPr="002C064B">
        <w:rPr>
          <w:b/>
          <w:lang w:val="it-IT"/>
        </w:rPr>
        <w:t>ÎMPUTERNICIRE</w:t>
      </w:r>
    </w:p>
    <w:p w14:paraId="21B834A2" w14:textId="77777777" w:rsidR="00CE54E9" w:rsidRPr="00FF0E31" w:rsidRDefault="00000000" w:rsidP="00FF0E31">
      <w:pPr>
        <w:jc w:val="both"/>
        <w:rPr>
          <w:sz w:val="24"/>
          <w:szCs w:val="24"/>
          <w:lang w:val="it-IT"/>
        </w:rPr>
      </w:pPr>
      <w:r w:rsidRPr="00FF0E31">
        <w:rPr>
          <w:sz w:val="24"/>
          <w:szCs w:val="24"/>
          <w:lang w:val="it-IT"/>
        </w:rPr>
        <w:t>Subscrisa ____________________, cu sediul în ____________________, înmatriculată la Registrul Comerțului sub nr. ____________, CUI ____________, reprezentată legal prin ____________________, în calitate de ____________________, împuternicim prin prezenta pe ____________________, identificat(ă) cu CI/pașaport seria ____ nr. ________, având funcția de ____________________, să ne reprezinte în procedura proprie organizată de Orașul Tășnad pentru atribuirea contractului „Servicii educaționale aferente SA 1.1”, proiect SMIS 339212.</w:t>
      </w:r>
    </w:p>
    <w:p w14:paraId="32C8024C" w14:textId="77777777" w:rsidR="00CE54E9" w:rsidRPr="00FF0E31" w:rsidRDefault="00000000" w:rsidP="00FF0E31">
      <w:pPr>
        <w:pStyle w:val="Listcumarcatori"/>
        <w:spacing w:after="40"/>
        <w:ind w:left="340"/>
        <w:jc w:val="both"/>
        <w:rPr>
          <w:sz w:val="24"/>
          <w:szCs w:val="24"/>
        </w:rPr>
      </w:pPr>
      <w:proofErr w:type="spellStart"/>
      <w:r w:rsidRPr="00FF0E31">
        <w:rPr>
          <w:sz w:val="24"/>
          <w:szCs w:val="24"/>
        </w:rPr>
        <w:t>să</w:t>
      </w:r>
      <w:proofErr w:type="spellEnd"/>
      <w:r w:rsidRPr="00FF0E31">
        <w:rPr>
          <w:sz w:val="24"/>
          <w:szCs w:val="24"/>
        </w:rPr>
        <w:t xml:space="preserve"> </w:t>
      </w:r>
      <w:proofErr w:type="spellStart"/>
      <w:r w:rsidRPr="00FF0E31">
        <w:rPr>
          <w:sz w:val="24"/>
          <w:szCs w:val="24"/>
        </w:rPr>
        <w:t>semneze</w:t>
      </w:r>
      <w:proofErr w:type="spellEnd"/>
      <w:r w:rsidRPr="00FF0E31">
        <w:rPr>
          <w:sz w:val="24"/>
          <w:szCs w:val="24"/>
        </w:rPr>
        <w:t xml:space="preserve"> </w:t>
      </w:r>
      <w:proofErr w:type="spellStart"/>
      <w:r w:rsidRPr="00FF0E31">
        <w:rPr>
          <w:sz w:val="24"/>
          <w:szCs w:val="24"/>
        </w:rPr>
        <w:t>documentele</w:t>
      </w:r>
      <w:proofErr w:type="spellEnd"/>
      <w:r w:rsidRPr="00FF0E31">
        <w:rPr>
          <w:sz w:val="24"/>
          <w:szCs w:val="24"/>
        </w:rPr>
        <w:t xml:space="preserve"> </w:t>
      </w:r>
      <w:proofErr w:type="spellStart"/>
      <w:r w:rsidRPr="00FF0E31">
        <w:rPr>
          <w:sz w:val="24"/>
          <w:szCs w:val="24"/>
        </w:rPr>
        <w:t>ofertei</w:t>
      </w:r>
      <w:proofErr w:type="spellEnd"/>
      <w:r w:rsidRPr="00FF0E31">
        <w:rPr>
          <w:sz w:val="24"/>
          <w:szCs w:val="24"/>
        </w:rPr>
        <w:t xml:space="preserve"> care emană de la subscrisa;</w:t>
      </w:r>
    </w:p>
    <w:p w14:paraId="3E0CDE7F" w14:textId="77777777" w:rsidR="00CE54E9" w:rsidRPr="00FF0E31" w:rsidRDefault="00000000" w:rsidP="00FF0E31">
      <w:pPr>
        <w:pStyle w:val="Listcumarcatori"/>
        <w:spacing w:after="40"/>
        <w:ind w:left="340"/>
        <w:jc w:val="both"/>
        <w:rPr>
          <w:sz w:val="24"/>
          <w:szCs w:val="24"/>
          <w:lang w:val="it-IT"/>
        </w:rPr>
      </w:pPr>
      <w:r w:rsidRPr="00FF0E31">
        <w:rPr>
          <w:sz w:val="24"/>
          <w:szCs w:val="24"/>
          <w:lang w:val="it-IT"/>
        </w:rPr>
        <w:t>să participe în numele subscrisei la procedură și să semneze documentele rezultate;</w:t>
      </w:r>
    </w:p>
    <w:p w14:paraId="0EC09385" w14:textId="77777777" w:rsidR="00CE54E9" w:rsidRPr="00FF0E31" w:rsidRDefault="00000000" w:rsidP="00FF0E31">
      <w:pPr>
        <w:pStyle w:val="Listcumarcatori"/>
        <w:spacing w:after="40"/>
        <w:ind w:left="340"/>
        <w:jc w:val="both"/>
        <w:rPr>
          <w:sz w:val="24"/>
          <w:szCs w:val="24"/>
          <w:lang w:val="pt-BR"/>
        </w:rPr>
      </w:pPr>
      <w:r w:rsidRPr="00FF0E31">
        <w:rPr>
          <w:sz w:val="24"/>
          <w:szCs w:val="24"/>
          <w:lang w:val="pt-BR"/>
        </w:rPr>
        <w:t>să răspundă solicitărilor de clarificări;</w:t>
      </w:r>
    </w:p>
    <w:p w14:paraId="0CE7FF94" w14:textId="77777777" w:rsidR="00CE54E9" w:rsidRPr="00FF0E31" w:rsidRDefault="00000000" w:rsidP="00FF0E31">
      <w:pPr>
        <w:pStyle w:val="Listcumarcatori"/>
        <w:spacing w:after="40"/>
        <w:ind w:left="340"/>
        <w:jc w:val="both"/>
        <w:rPr>
          <w:sz w:val="24"/>
          <w:szCs w:val="24"/>
          <w:lang w:val="it-IT"/>
        </w:rPr>
      </w:pPr>
      <w:r w:rsidRPr="00FF0E31">
        <w:rPr>
          <w:sz w:val="24"/>
          <w:szCs w:val="24"/>
          <w:lang w:val="it-IT"/>
        </w:rPr>
        <w:t>să depună, dacă este cazul, contestații și alte acte procedurale, în limitele mandatului acordat.</w:t>
      </w:r>
    </w:p>
    <w:p w14:paraId="3B449553" w14:textId="77777777" w:rsidR="00CE54E9" w:rsidRPr="00FF0E31" w:rsidRDefault="00000000" w:rsidP="00FF0E31">
      <w:pPr>
        <w:jc w:val="both"/>
        <w:rPr>
          <w:sz w:val="24"/>
          <w:szCs w:val="24"/>
          <w:lang w:val="it-IT"/>
        </w:rPr>
      </w:pPr>
      <w:r w:rsidRPr="00FF0E31">
        <w:rPr>
          <w:sz w:val="24"/>
          <w:szCs w:val="24"/>
          <w:lang w:val="it-IT"/>
        </w:rPr>
        <w:t>Împuternicirea va fi însoțită de copia actului de identitate al persoanei împuternicite.</w:t>
      </w:r>
    </w:p>
    <w:p w14:paraId="512172B5" w14:textId="77777777" w:rsidR="00CE54E9" w:rsidRPr="00FF0E31" w:rsidRDefault="00000000" w:rsidP="00FF0E31">
      <w:pPr>
        <w:jc w:val="both"/>
        <w:rPr>
          <w:sz w:val="24"/>
          <w:szCs w:val="24"/>
          <w:lang w:val="pt-BR"/>
        </w:rPr>
      </w:pPr>
      <w:r w:rsidRPr="00FF0E31">
        <w:rPr>
          <w:sz w:val="24"/>
          <w:szCs w:val="24"/>
          <w:lang w:val="pt-BR"/>
        </w:rPr>
        <w:t>Data: ____________    Reprezentant legal: ____________________    Semnătura: ____________________</w:t>
      </w:r>
    </w:p>
    <w:p w14:paraId="0B3A76A1" w14:textId="77777777" w:rsidR="00CE54E9" w:rsidRPr="00FF0E31" w:rsidRDefault="00000000" w:rsidP="00FF0E31">
      <w:pPr>
        <w:jc w:val="both"/>
        <w:rPr>
          <w:sz w:val="24"/>
          <w:szCs w:val="24"/>
          <w:lang w:val="pt-BR"/>
        </w:rPr>
      </w:pPr>
      <w:r w:rsidRPr="00FF0E31">
        <w:rPr>
          <w:sz w:val="24"/>
          <w:szCs w:val="24"/>
          <w:lang w:val="pt-BR"/>
        </w:rPr>
        <w:br w:type="page"/>
      </w:r>
    </w:p>
    <w:p w14:paraId="5CE5AF0A" w14:textId="77777777" w:rsidR="00CE54E9" w:rsidRPr="002C064B" w:rsidRDefault="00000000">
      <w:pPr>
        <w:jc w:val="center"/>
        <w:rPr>
          <w:lang w:val="pt-BR"/>
        </w:rPr>
      </w:pPr>
      <w:r w:rsidRPr="002C064B">
        <w:rPr>
          <w:b/>
          <w:lang w:val="pt-BR"/>
        </w:rPr>
        <w:lastRenderedPageBreak/>
        <w:t>FORMULAR NR. 3</w:t>
      </w:r>
    </w:p>
    <w:p w14:paraId="72790771" w14:textId="77777777" w:rsidR="00CE54E9" w:rsidRPr="002C064B" w:rsidRDefault="00000000">
      <w:pPr>
        <w:spacing w:after="200"/>
        <w:jc w:val="center"/>
        <w:rPr>
          <w:lang w:val="pt-BR"/>
        </w:rPr>
      </w:pPr>
      <w:r w:rsidRPr="002C064B">
        <w:rPr>
          <w:b/>
          <w:lang w:val="pt-BR"/>
        </w:rPr>
        <w:t>DECLARAȚIE PRIVIND OFERTA DEPUSĂ</w:t>
      </w:r>
    </w:p>
    <w:p w14:paraId="281F8113" w14:textId="1BBA8597" w:rsidR="00CE54E9" w:rsidRPr="002C064B" w:rsidRDefault="00000000" w:rsidP="00A90CCB">
      <w:pPr>
        <w:jc w:val="both"/>
        <w:rPr>
          <w:lang w:val="pt-BR"/>
        </w:rPr>
      </w:pPr>
      <w:r w:rsidRPr="002C064B">
        <w:rPr>
          <w:lang w:val="pt-BR"/>
        </w:rPr>
        <w:t xml:space="preserve">Subsemnatul(a) ____________________, reprezentant împuternicit al ____________________, declar pe propria răspundere că particip și depun ofertă </w:t>
      </w:r>
      <w:r w:rsidR="00A90CCB">
        <w:rPr>
          <w:lang w:val="pt-BR"/>
        </w:rPr>
        <w:t>in vederea atribuirii contractului avand ca</w:t>
      </w:r>
      <w:r w:rsidRPr="002C064B">
        <w:rPr>
          <w:lang w:val="pt-BR"/>
        </w:rPr>
        <w:t xml:space="preserve"> obiect „Servicii educaționale aferente SA 1.1 – Activități de învățare remedială și pregătire suplimentară pentru grupul țintă”, , organizată de Orașul Tășnad, în cadrul proiectului SMIS 339212.</w:t>
      </w:r>
    </w:p>
    <w:p w14:paraId="5BA775AA" w14:textId="77777777" w:rsidR="00CE54E9" w:rsidRPr="002C064B" w:rsidRDefault="00000000" w:rsidP="00A90CCB">
      <w:pPr>
        <w:jc w:val="both"/>
        <w:rPr>
          <w:lang w:val="pt-BR"/>
        </w:rPr>
      </w:pPr>
      <w:r w:rsidRPr="002C064B">
        <w:rPr>
          <w:lang w:val="pt-BR"/>
        </w:rPr>
        <w:t>Oferta este elaborată în conformitate cu documentația de atribuire și clarificările/modificările publicate, după caz.</w:t>
      </w:r>
    </w:p>
    <w:p w14:paraId="4259EAB3" w14:textId="77777777" w:rsidR="00CE54E9" w:rsidRPr="002C064B" w:rsidRDefault="00000000" w:rsidP="00A90CCB">
      <w:pPr>
        <w:jc w:val="both"/>
        <w:rPr>
          <w:lang w:val="pt-BR"/>
        </w:rPr>
      </w:pPr>
      <w:r w:rsidRPr="002C064B">
        <w:rPr>
          <w:lang w:val="pt-BR"/>
        </w:rPr>
        <w:t>Informațiile din propunerea tehnică considerate confidențiale/clasificate/protejate de un drept de proprietate intelectuală: ________________________________________________.</w:t>
      </w:r>
    </w:p>
    <w:p w14:paraId="0E8DBD1B" w14:textId="77777777" w:rsidR="00CE54E9" w:rsidRPr="002C064B" w:rsidRDefault="00000000" w:rsidP="00A90CCB">
      <w:pPr>
        <w:jc w:val="both"/>
        <w:rPr>
          <w:lang w:val="it-IT"/>
        </w:rPr>
      </w:pPr>
      <w:r w:rsidRPr="002C064B">
        <w:rPr>
          <w:lang w:val="it-IT"/>
        </w:rPr>
        <w:t>Informațiile din propunerea financiară considerate confidențiale/clasificate/protejate: ________________________________________________.</w:t>
      </w:r>
    </w:p>
    <w:p w14:paraId="6E9C73BF" w14:textId="77777777" w:rsidR="00CE54E9" w:rsidRPr="002C064B" w:rsidRDefault="00000000" w:rsidP="00A90CCB">
      <w:pPr>
        <w:jc w:val="both"/>
        <w:rPr>
          <w:lang w:val="it-IT"/>
        </w:rPr>
      </w:pPr>
      <w:r w:rsidRPr="002C064B">
        <w:rPr>
          <w:lang w:val="it-IT"/>
        </w:rPr>
        <w:t>Motivele concrete care justifică această calificare: ________________________________________________.</w:t>
      </w:r>
    </w:p>
    <w:p w14:paraId="03115669" w14:textId="77777777" w:rsidR="00CE54E9" w:rsidRPr="002C064B" w:rsidRDefault="00000000" w:rsidP="00A90CCB">
      <w:pPr>
        <w:jc w:val="both"/>
        <w:rPr>
          <w:lang w:val="it-IT"/>
        </w:rPr>
      </w:pPr>
      <w:r w:rsidRPr="002C064B">
        <w:rPr>
          <w:lang w:val="it-IT"/>
        </w:rPr>
        <w:t>Data: ____________    Nume și prenume: ____________________    Semnătura: ____________________</w:t>
      </w:r>
    </w:p>
    <w:p w14:paraId="4B2C9C89" w14:textId="77777777" w:rsidR="00CE54E9" w:rsidRPr="002C064B" w:rsidRDefault="00000000" w:rsidP="00A90CCB">
      <w:pPr>
        <w:jc w:val="both"/>
        <w:rPr>
          <w:lang w:val="it-IT"/>
        </w:rPr>
      </w:pPr>
      <w:r w:rsidRPr="002C064B">
        <w:rPr>
          <w:lang w:val="it-IT"/>
        </w:rPr>
        <w:br w:type="page"/>
      </w:r>
    </w:p>
    <w:p w14:paraId="097E1BED" w14:textId="77777777" w:rsidR="00CE54E9" w:rsidRPr="002C064B" w:rsidRDefault="00000000">
      <w:pPr>
        <w:jc w:val="center"/>
        <w:rPr>
          <w:lang w:val="it-IT"/>
        </w:rPr>
      </w:pPr>
      <w:r w:rsidRPr="002C064B">
        <w:rPr>
          <w:b/>
          <w:lang w:val="it-IT"/>
        </w:rPr>
        <w:lastRenderedPageBreak/>
        <w:t>FORMULAR NR. 4</w:t>
      </w:r>
    </w:p>
    <w:p w14:paraId="460209A5" w14:textId="77777777" w:rsidR="00CE54E9" w:rsidRPr="002C064B" w:rsidRDefault="00000000">
      <w:pPr>
        <w:spacing w:after="200"/>
        <w:jc w:val="center"/>
        <w:rPr>
          <w:lang w:val="it-IT"/>
        </w:rPr>
      </w:pPr>
      <w:r w:rsidRPr="002C064B">
        <w:rPr>
          <w:b/>
          <w:lang w:val="it-IT"/>
        </w:rPr>
        <w:t>DECLARAȚIE PRIVIND EVITAREA CONFLICTULUI DE INTERESE ȘI MOTIVELE DE EXCLUDERE</w:t>
      </w:r>
    </w:p>
    <w:p w14:paraId="5738E1C5" w14:textId="369CED76" w:rsidR="00CE54E9" w:rsidRPr="00A90CCB" w:rsidRDefault="00000000" w:rsidP="00A90CCB">
      <w:pPr>
        <w:jc w:val="both"/>
        <w:rPr>
          <w:sz w:val="24"/>
          <w:szCs w:val="24"/>
          <w:lang w:val="it-IT"/>
        </w:rPr>
      </w:pPr>
      <w:r w:rsidRPr="00A90CCB">
        <w:rPr>
          <w:sz w:val="24"/>
          <w:szCs w:val="24"/>
          <w:lang w:val="it-IT"/>
        </w:rPr>
        <w:t>Subsemnatul(a) ____________________, reprezentant al ____________________ (ofertant/asociat/subcontractant/terț susținător), participant la procedura pentru atribuirea contractului „Servicii educaționale aferente SA 1.1” , declar pe propria răspundere că nu mă aflu/ne aflăm în situațiile de conflict de interese prevăzute de art. 58–63 din Legea nr. 98/2016 și nici în situațiile de excludere aplicabile potrivit art. 164, 165 și 167 din aceeași lege.</w:t>
      </w:r>
    </w:p>
    <w:p w14:paraId="3C3A32CF" w14:textId="77777777" w:rsidR="00CE54E9" w:rsidRPr="00A90CCB" w:rsidRDefault="00000000" w:rsidP="00A90CCB">
      <w:pPr>
        <w:jc w:val="both"/>
        <w:rPr>
          <w:sz w:val="24"/>
          <w:szCs w:val="24"/>
          <w:lang w:val="it-IT"/>
        </w:rPr>
      </w:pPr>
      <w:r w:rsidRPr="00A90CCB">
        <w:rPr>
          <w:sz w:val="24"/>
          <w:szCs w:val="24"/>
          <w:lang w:val="it-IT"/>
        </w:rPr>
        <w:t>Declar că am luat cunoștință de lista persoanelor cu funcții de decizie comunicată prin documentația de atribuire și mă oblig să notific imediat autoritatea contractantă dacă intervine o situație care poate genera un conflict de interese.</w:t>
      </w:r>
    </w:p>
    <w:p w14:paraId="1FBC0CC9" w14:textId="77777777" w:rsidR="00CE54E9" w:rsidRPr="00A90CCB" w:rsidRDefault="00000000" w:rsidP="00A90CCB">
      <w:pPr>
        <w:jc w:val="both"/>
        <w:rPr>
          <w:sz w:val="24"/>
          <w:szCs w:val="24"/>
          <w:lang w:val="it-IT"/>
        </w:rPr>
      </w:pPr>
      <w:r w:rsidRPr="00A90CCB">
        <w:rPr>
          <w:sz w:val="24"/>
          <w:szCs w:val="24"/>
          <w:lang w:val="it-IT"/>
        </w:rPr>
        <w:t>Autoritatea contractantă are dreptul de a solicita documente doveditoare pentru verificarea celor declarate.</w:t>
      </w:r>
    </w:p>
    <w:p w14:paraId="0C434FD8" w14:textId="77777777" w:rsidR="00CE54E9" w:rsidRPr="00A90CCB" w:rsidRDefault="00000000" w:rsidP="00A90CCB">
      <w:pPr>
        <w:jc w:val="both"/>
        <w:rPr>
          <w:sz w:val="24"/>
          <w:szCs w:val="24"/>
          <w:lang w:val="it-IT"/>
        </w:rPr>
      </w:pPr>
      <w:r w:rsidRPr="00A90CCB">
        <w:rPr>
          <w:sz w:val="24"/>
          <w:szCs w:val="24"/>
          <w:lang w:val="it-IT"/>
        </w:rPr>
        <w:t>Data: ____________    Nume și prenume: ____________________    Semnătura: ____________________</w:t>
      </w:r>
    </w:p>
    <w:p w14:paraId="2DEE3FF0" w14:textId="77777777" w:rsidR="007F0FC0" w:rsidRDefault="007F0FC0" w:rsidP="00A90CCB">
      <w:pPr>
        <w:jc w:val="both"/>
        <w:rPr>
          <w:sz w:val="24"/>
          <w:szCs w:val="24"/>
          <w:lang w:val="it-IT"/>
        </w:rPr>
      </w:pPr>
    </w:p>
    <w:p w14:paraId="309BBFA1" w14:textId="77777777" w:rsidR="007F0FC0" w:rsidRDefault="007F0FC0" w:rsidP="00A90CCB">
      <w:pPr>
        <w:jc w:val="both"/>
        <w:rPr>
          <w:sz w:val="24"/>
          <w:szCs w:val="24"/>
          <w:lang w:val="it-IT"/>
        </w:rPr>
      </w:pPr>
    </w:p>
    <w:p w14:paraId="366BDEA8" w14:textId="77777777" w:rsidR="007F0FC0" w:rsidRDefault="007F0FC0" w:rsidP="00A90CCB">
      <w:pPr>
        <w:jc w:val="both"/>
        <w:rPr>
          <w:sz w:val="24"/>
          <w:szCs w:val="24"/>
          <w:lang w:val="it-IT"/>
        </w:rPr>
      </w:pPr>
    </w:p>
    <w:p w14:paraId="193DDDEF" w14:textId="77777777" w:rsidR="007F0FC0" w:rsidRDefault="007F0FC0" w:rsidP="00A90CCB">
      <w:pPr>
        <w:jc w:val="both"/>
        <w:rPr>
          <w:sz w:val="24"/>
          <w:szCs w:val="24"/>
          <w:lang w:val="it-IT"/>
        </w:rPr>
      </w:pPr>
    </w:p>
    <w:p w14:paraId="0F9E9990" w14:textId="77777777" w:rsidR="007F0FC0" w:rsidRDefault="007F0FC0" w:rsidP="00A90CCB">
      <w:pPr>
        <w:jc w:val="both"/>
        <w:rPr>
          <w:sz w:val="24"/>
          <w:szCs w:val="24"/>
          <w:lang w:val="it-IT"/>
        </w:rPr>
      </w:pPr>
    </w:p>
    <w:p w14:paraId="0F0B7E67" w14:textId="77777777" w:rsidR="007F0FC0" w:rsidRDefault="007F0FC0" w:rsidP="00A90CCB">
      <w:pPr>
        <w:jc w:val="both"/>
        <w:rPr>
          <w:sz w:val="24"/>
          <w:szCs w:val="24"/>
          <w:lang w:val="it-IT"/>
        </w:rPr>
      </w:pPr>
    </w:p>
    <w:p w14:paraId="7031A2D8" w14:textId="77777777" w:rsidR="007F0FC0" w:rsidRDefault="007F0FC0" w:rsidP="00A90CCB">
      <w:pPr>
        <w:jc w:val="both"/>
        <w:rPr>
          <w:sz w:val="24"/>
          <w:szCs w:val="24"/>
          <w:lang w:val="it-IT"/>
        </w:rPr>
      </w:pPr>
    </w:p>
    <w:p w14:paraId="4C4B1CB8" w14:textId="77777777" w:rsidR="007F0FC0" w:rsidRDefault="007F0FC0" w:rsidP="00A90CCB">
      <w:pPr>
        <w:jc w:val="both"/>
        <w:rPr>
          <w:sz w:val="24"/>
          <w:szCs w:val="24"/>
          <w:lang w:val="it-IT"/>
        </w:rPr>
      </w:pPr>
    </w:p>
    <w:p w14:paraId="06448ACC" w14:textId="77777777" w:rsidR="007F0FC0" w:rsidRDefault="007F0FC0" w:rsidP="007F0FC0">
      <w:pPr>
        <w:spacing w:after="0"/>
        <w:jc w:val="both"/>
        <w:rPr>
          <w:rFonts w:cs="Times New Roman"/>
          <w:bCs/>
          <w:i/>
          <w:sz w:val="24"/>
          <w:szCs w:val="24"/>
          <w:lang w:val="ro-RO"/>
        </w:rPr>
      </w:pPr>
      <w:r>
        <w:rPr>
          <w:rFonts w:cs="Times New Roman"/>
          <w:bCs/>
          <w:i/>
          <w:sz w:val="24"/>
          <w:szCs w:val="24"/>
          <w:lang w:val="ro-RO"/>
        </w:rPr>
        <w:t>NOTA</w:t>
      </w:r>
    </w:p>
    <w:p w14:paraId="6213572E" w14:textId="7F58A1CF" w:rsidR="007F0FC0" w:rsidRPr="007F0FC0" w:rsidRDefault="007F0FC0" w:rsidP="007F0FC0">
      <w:pPr>
        <w:spacing w:after="0"/>
        <w:jc w:val="both"/>
        <w:rPr>
          <w:rFonts w:cs="Times New Roman"/>
          <w:bCs/>
          <w:i/>
          <w:sz w:val="24"/>
          <w:szCs w:val="24"/>
          <w:lang w:val="ro-RO"/>
        </w:rPr>
      </w:pPr>
      <w:r w:rsidRPr="007F0FC0">
        <w:rPr>
          <w:rFonts w:cs="Times New Roman"/>
          <w:bCs/>
          <w:i/>
          <w:sz w:val="24"/>
          <w:szCs w:val="24"/>
          <w:lang w:val="ro-RO"/>
        </w:rPr>
        <w:t>componența listei cu persoanele ce dețin funcții de decizie in cadrul autorității contractanta cu privire la organizarea, derularea si finalizarea procedurii de atribuire, respectiv:</w:t>
      </w:r>
    </w:p>
    <w:p w14:paraId="1B047BCB" w14:textId="77777777" w:rsidR="007F0FC0" w:rsidRPr="007F0FC0" w:rsidRDefault="007F0FC0" w:rsidP="007F0FC0">
      <w:pPr>
        <w:widowControl w:val="0"/>
        <w:spacing w:after="0"/>
        <w:ind w:right="3968"/>
        <w:rPr>
          <w:rFonts w:eastAsia="Times New Roman" w:cs="Times New Roman"/>
          <w:spacing w:val="1"/>
          <w:kern w:val="2"/>
          <w:sz w:val="24"/>
          <w:szCs w:val="24"/>
          <w:lang w:val="ro-RO" w:eastAsia="zh-CN"/>
        </w:rPr>
      </w:pP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Farcău Adrian Dănuț - primar,</w:t>
      </w:r>
      <w:r w:rsidRPr="007F0FC0">
        <w:rPr>
          <w:rFonts w:eastAsia="Times New Roman" w:cs="Times New Roman"/>
          <w:spacing w:val="1"/>
          <w:kern w:val="2"/>
          <w:sz w:val="24"/>
          <w:szCs w:val="24"/>
          <w:lang w:val="ro-RO" w:eastAsia="zh-CN"/>
        </w:rPr>
        <w:t xml:space="preserve"> </w:t>
      </w:r>
    </w:p>
    <w:p w14:paraId="160DECCC" w14:textId="77777777" w:rsidR="007F0FC0" w:rsidRPr="007F0FC0" w:rsidRDefault="007F0FC0" w:rsidP="007F0FC0">
      <w:pPr>
        <w:widowControl w:val="0"/>
        <w:spacing w:after="0"/>
        <w:ind w:right="3968"/>
        <w:rPr>
          <w:rFonts w:eastAsia="Times New Roman" w:cs="Times New Roman"/>
          <w:spacing w:val="-57"/>
          <w:kern w:val="2"/>
          <w:sz w:val="24"/>
          <w:szCs w:val="24"/>
          <w:lang w:val="ro-RO" w:eastAsia="zh-CN"/>
        </w:rPr>
      </w:pPr>
      <w:proofErr w:type="spellStart"/>
      <w:r w:rsidRPr="007F0FC0">
        <w:rPr>
          <w:rFonts w:eastAsia="Times New Roman" w:cs="Times New Roman"/>
          <w:spacing w:val="-1"/>
          <w:kern w:val="2"/>
          <w:sz w:val="24"/>
          <w:szCs w:val="24"/>
          <w:lang w:val="ro-RO" w:eastAsia="zh-CN"/>
        </w:rPr>
        <w:t>Snelenpeger</w:t>
      </w:r>
      <w:proofErr w:type="spellEnd"/>
      <w:r w:rsidRPr="007F0FC0">
        <w:rPr>
          <w:rFonts w:eastAsia="Times New Roman" w:cs="Times New Roman"/>
          <w:spacing w:val="-13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Carol Nicolae -</w:t>
      </w:r>
      <w:r w:rsidRPr="007F0FC0">
        <w:rPr>
          <w:rFonts w:eastAsia="Times New Roman" w:cs="Times New Roman"/>
          <w:spacing w:val="-12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viceprimar,</w:t>
      </w:r>
      <w:r w:rsidRPr="007F0FC0">
        <w:rPr>
          <w:rFonts w:eastAsia="Times New Roman" w:cs="Times New Roman"/>
          <w:spacing w:val="-57"/>
          <w:kern w:val="2"/>
          <w:sz w:val="24"/>
          <w:szCs w:val="24"/>
          <w:lang w:val="ro-RO" w:eastAsia="zh-CN"/>
        </w:rPr>
        <w:t xml:space="preserve"> </w:t>
      </w:r>
    </w:p>
    <w:p w14:paraId="2F41FD9E" w14:textId="77777777" w:rsidR="007F0FC0" w:rsidRPr="007F0FC0" w:rsidRDefault="007F0FC0" w:rsidP="007F0FC0">
      <w:pPr>
        <w:widowControl w:val="0"/>
        <w:spacing w:after="0"/>
        <w:ind w:right="5103"/>
        <w:rPr>
          <w:rFonts w:eastAsia="Times New Roman" w:cs="Times New Roman"/>
          <w:kern w:val="2"/>
          <w:sz w:val="24"/>
          <w:szCs w:val="24"/>
          <w:lang w:val="ro-RO" w:eastAsia="zh-CN"/>
        </w:rPr>
      </w:pPr>
      <w:proofErr w:type="spellStart"/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Petrușe</w:t>
      </w:r>
      <w:proofErr w:type="spellEnd"/>
      <w:r w:rsidRPr="007F0FC0">
        <w:rPr>
          <w:rFonts w:eastAsia="Times New Roman" w:cs="Times New Roman"/>
          <w:spacing w:val="-4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Ioana-Florina</w:t>
      </w:r>
      <w:r w:rsidRPr="007F0FC0">
        <w:rPr>
          <w:rFonts w:eastAsia="Times New Roman" w:cs="Times New Roman"/>
          <w:spacing w:val="-3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-</w:t>
      </w:r>
      <w:r w:rsidRPr="007F0FC0">
        <w:rPr>
          <w:rFonts w:eastAsia="Times New Roman" w:cs="Times New Roman"/>
          <w:spacing w:val="-2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secretar,</w:t>
      </w:r>
    </w:p>
    <w:p w14:paraId="11AB5005" w14:textId="77777777" w:rsidR="007F0FC0" w:rsidRPr="007F0FC0" w:rsidRDefault="007F0FC0" w:rsidP="007F0FC0">
      <w:pPr>
        <w:widowControl w:val="0"/>
        <w:spacing w:after="0"/>
        <w:jc w:val="both"/>
        <w:rPr>
          <w:rFonts w:eastAsia="Times New Roman" w:cs="Times New Roman"/>
          <w:kern w:val="2"/>
          <w:sz w:val="24"/>
          <w:szCs w:val="24"/>
          <w:lang w:val="ro-RO" w:eastAsia="zh-CN"/>
        </w:rPr>
      </w:pPr>
      <w:proofErr w:type="spellStart"/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Oșan</w:t>
      </w:r>
      <w:proofErr w:type="spellEnd"/>
      <w:r w:rsidRPr="007F0FC0">
        <w:rPr>
          <w:rFonts w:eastAsia="Times New Roman" w:cs="Times New Roman"/>
          <w:spacing w:val="-8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Adriana</w:t>
      </w:r>
      <w:r w:rsidRPr="007F0FC0">
        <w:rPr>
          <w:rFonts w:eastAsia="Times New Roman" w:cs="Times New Roman"/>
          <w:spacing w:val="-1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Simona</w:t>
      </w:r>
      <w:r w:rsidRPr="007F0FC0">
        <w:rPr>
          <w:rFonts w:eastAsia="Times New Roman" w:cs="Times New Roman"/>
          <w:spacing w:val="-3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-</w:t>
      </w:r>
      <w:r w:rsidRPr="007F0FC0">
        <w:rPr>
          <w:rFonts w:eastAsia="Times New Roman" w:cs="Times New Roman"/>
          <w:spacing w:val="-2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contabil</w:t>
      </w:r>
      <w:r w:rsidRPr="007F0FC0">
        <w:rPr>
          <w:rFonts w:eastAsia="Times New Roman" w:cs="Times New Roman"/>
          <w:spacing w:val="-2"/>
          <w:kern w:val="2"/>
          <w:sz w:val="24"/>
          <w:szCs w:val="24"/>
          <w:lang w:val="ro-RO" w:eastAsia="zh-CN"/>
        </w:rPr>
        <w:t xml:space="preserve"> </w:t>
      </w:r>
      <w:r w:rsidRPr="007F0FC0">
        <w:rPr>
          <w:rFonts w:eastAsia="Times New Roman" w:cs="Times New Roman"/>
          <w:kern w:val="2"/>
          <w:sz w:val="24"/>
          <w:szCs w:val="24"/>
          <w:lang w:val="ro-RO" w:eastAsia="zh-CN"/>
        </w:rPr>
        <w:t>șef,</w:t>
      </w:r>
    </w:p>
    <w:p w14:paraId="74299D70" w14:textId="77777777" w:rsidR="007F0FC0" w:rsidRDefault="007F0FC0" w:rsidP="007F0FC0">
      <w:pPr>
        <w:widowControl w:val="0"/>
        <w:spacing w:after="0"/>
        <w:ind w:right="105"/>
        <w:jc w:val="both"/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</w:pPr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 xml:space="preserve">Consilieri locali: </w:t>
      </w:r>
      <w:proofErr w:type="spellStart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>Bolba</w:t>
      </w:r>
      <w:proofErr w:type="spellEnd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 xml:space="preserve"> Gheorghe- Dumitru, Cigan- Boldan Lavinia – Livia, </w:t>
      </w:r>
      <w:proofErr w:type="spellStart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>Foldes</w:t>
      </w:r>
      <w:proofErr w:type="spellEnd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 xml:space="preserve"> Nicoleta, </w:t>
      </w:r>
      <w:proofErr w:type="spellStart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>Hoble</w:t>
      </w:r>
      <w:proofErr w:type="spellEnd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 xml:space="preserve"> Laura- Călina, Katona Petru, </w:t>
      </w:r>
      <w:proofErr w:type="spellStart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>Kiskasza</w:t>
      </w:r>
      <w:proofErr w:type="spellEnd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 xml:space="preserve"> Barna- </w:t>
      </w:r>
      <w:proofErr w:type="spellStart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>Calazs</w:t>
      </w:r>
      <w:proofErr w:type="spellEnd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 xml:space="preserve">, Mellan Peter- Miklos, </w:t>
      </w:r>
      <w:proofErr w:type="spellStart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>Mitrașca</w:t>
      </w:r>
      <w:proofErr w:type="spellEnd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 xml:space="preserve"> Vasile, Sabău Cristian, </w:t>
      </w:r>
      <w:proofErr w:type="spellStart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>Snelenpeger</w:t>
      </w:r>
      <w:proofErr w:type="spellEnd"/>
      <w:r w:rsidRPr="007F0FC0"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 xml:space="preserve"> Carol- Nicolae, Șimonca Gheorghe, Tătar Lavinia- Ornela, Teffenhardt Istvan, Vinkler Toma- Vasile, Zsido Lorant- Gabor.</w:t>
      </w:r>
    </w:p>
    <w:p w14:paraId="628F2E5E" w14:textId="291DFBA5" w:rsidR="007F0FC0" w:rsidRPr="007F0FC0" w:rsidRDefault="007F0FC0" w:rsidP="007F0FC0">
      <w:pPr>
        <w:widowControl w:val="0"/>
        <w:spacing w:after="0"/>
        <w:ind w:right="105"/>
        <w:jc w:val="both"/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</w:pPr>
      <w:r>
        <w:rPr>
          <w:rFonts w:eastAsia="Times New Roman" w:cs="Times New Roman"/>
          <w:bCs/>
          <w:i/>
          <w:kern w:val="2"/>
          <w:sz w:val="24"/>
          <w:szCs w:val="24"/>
          <w:lang w:val="ro-RO" w:eastAsia="zh-CN"/>
        </w:rPr>
        <w:t>Responsabil Achiziții – Boroș Anca-Aurelia</w:t>
      </w:r>
    </w:p>
    <w:p w14:paraId="0D5AB643" w14:textId="2817B587" w:rsidR="00CE54E9" w:rsidRPr="007F0FC0" w:rsidRDefault="00000000" w:rsidP="00A90CCB">
      <w:pPr>
        <w:jc w:val="both"/>
        <w:rPr>
          <w:sz w:val="24"/>
          <w:szCs w:val="24"/>
          <w:lang w:val="ro-RO"/>
        </w:rPr>
      </w:pPr>
      <w:r w:rsidRPr="007F0FC0">
        <w:rPr>
          <w:sz w:val="24"/>
          <w:szCs w:val="24"/>
          <w:lang w:val="ro-RO"/>
        </w:rPr>
        <w:br w:type="page"/>
      </w:r>
    </w:p>
    <w:p w14:paraId="6C0EE2EE" w14:textId="77777777" w:rsidR="00CE54E9" w:rsidRPr="007F0FC0" w:rsidRDefault="00000000">
      <w:pPr>
        <w:jc w:val="center"/>
        <w:rPr>
          <w:lang w:val="pt-BR"/>
        </w:rPr>
      </w:pPr>
      <w:r w:rsidRPr="007F0FC0">
        <w:rPr>
          <w:b/>
          <w:lang w:val="pt-BR"/>
        </w:rPr>
        <w:lastRenderedPageBreak/>
        <w:t>FORMULAR NR. 5</w:t>
      </w:r>
    </w:p>
    <w:p w14:paraId="1224C651" w14:textId="77777777" w:rsidR="00CE54E9" w:rsidRPr="007F0FC0" w:rsidRDefault="00000000" w:rsidP="004B0957">
      <w:pPr>
        <w:spacing w:after="200"/>
        <w:jc w:val="center"/>
        <w:rPr>
          <w:lang w:val="pt-BR"/>
        </w:rPr>
      </w:pPr>
      <w:r w:rsidRPr="007F0FC0">
        <w:rPr>
          <w:b/>
          <w:lang w:val="pt-BR"/>
        </w:rPr>
        <w:t>ACORD DE ASOCIERE</w:t>
      </w:r>
    </w:p>
    <w:p w14:paraId="27D8BCA9" w14:textId="77777777" w:rsidR="00CE54E9" w:rsidRPr="002C064B" w:rsidRDefault="00000000" w:rsidP="004B0957">
      <w:pPr>
        <w:jc w:val="both"/>
        <w:rPr>
          <w:lang w:val="it-IT"/>
        </w:rPr>
      </w:pPr>
      <w:r w:rsidRPr="002C064B">
        <w:rPr>
          <w:lang w:val="it-IT"/>
        </w:rPr>
        <w:t>Între ____________________ (lider) și ____________________ (asociat) se încheie prezentul acord în vederea participării comune la procedura organizată de Orașul Tășnad pentru atribuirea contractului „Servicii educaționale aferente SA 1.1”, proiect SMIS 339212.</w:t>
      </w:r>
    </w:p>
    <w:p w14:paraId="40CA71D1" w14:textId="77777777" w:rsidR="00CE54E9" w:rsidRDefault="00000000" w:rsidP="004B0957">
      <w:pPr>
        <w:jc w:val="both"/>
      </w:pPr>
      <w:proofErr w:type="spellStart"/>
      <w:r>
        <w:t>Liderul</w:t>
      </w:r>
      <w:proofErr w:type="spellEnd"/>
      <w:r>
        <w:t xml:space="preserve"> </w:t>
      </w:r>
      <w:proofErr w:type="spellStart"/>
      <w:r>
        <w:t>asocierii</w:t>
      </w:r>
      <w:proofErr w:type="spellEnd"/>
      <w:r>
        <w:t>: ____________________. Participarea valorică/procentuală și activitățile fiecărui asociat:</w:t>
      </w: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4535"/>
        <w:gridCol w:w="2268"/>
      </w:tblGrid>
      <w:tr w:rsidR="00CE54E9" w14:paraId="51B52327" w14:textId="77777777">
        <w:trPr>
          <w:jc w:val="center"/>
        </w:trPr>
        <w:tc>
          <w:tcPr>
            <w:tcW w:w="2835" w:type="dxa"/>
            <w:vAlign w:val="center"/>
          </w:tcPr>
          <w:p w14:paraId="317D3146" w14:textId="77777777" w:rsidR="00CE54E9" w:rsidRDefault="00000000" w:rsidP="004B0957">
            <w:pPr>
              <w:jc w:val="both"/>
            </w:pPr>
            <w:r>
              <w:rPr>
                <w:b/>
                <w:sz w:val="20"/>
              </w:rPr>
              <w:t>Asociat</w:t>
            </w:r>
          </w:p>
        </w:tc>
        <w:tc>
          <w:tcPr>
            <w:tcW w:w="4535" w:type="dxa"/>
            <w:vAlign w:val="center"/>
          </w:tcPr>
          <w:p w14:paraId="2AD815CF" w14:textId="77777777" w:rsidR="00CE54E9" w:rsidRDefault="00000000" w:rsidP="004B0957">
            <w:pPr>
              <w:jc w:val="both"/>
            </w:pPr>
            <w:r>
              <w:rPr>
                <w:b/>
                <w:sz w:val="20"/>
              </w:rPr>
              <w:t>Activități asumate</w:t>
            </w:r>
          </w:p>
        </w:tc>
        <w:tc>
          <w:tcPr>
            <w:tcW w:w="2268" w:type="dxa"/>
            <w:vAlign w:val="center"/>
          </w:tcPr>
          <w:p w14:paraId="3EC975B3" w14:textId="77777777" w:rsidR="00CE54E9" w:rsidRDefault="00000000" w:rsidP="004B0957">
            <w:pPr>
              <w:jc w:val="both"/>
            </w:pPr>
            <w:r>
              <w:rPr>
                <w:b/>
                <w:sz w:val="20"/>
              </w:rPr>
              <w:t>Procent/valoare</w:t>
            </w:r>
          </w:p>
        </w:tc>
      </w:tr>
      <w:tr w:rsidR="00CE54E9" w14:paraId="019AC52E" w14:textId="77777777">
        <w:trPr>
          <w:jc w:val="center"/>
        </w:trPr>
        <w:tc>
          <w:tcPr>
            <w:tcW w:w="2835" w:type="dxa"/>
          </w:tcPr>
          <w:p w14:paraId="2D1261D1" w14:textId="77777777" w:rsidR="00CE54E9" w:rsidRDefault="00CE54E9" w:rsidP="004B0957">
            <w:pPr>
              <w:jc w:val="both"/>
            </w:pPr>
          </w:p>
        </w:tc>
        <w:tc>
          <w:tcPr>
            <w:tcW w:w="4535" w:type="dxa"/>
          </w:tcPr>
          <w:p w14:paraId="353F4FD1" w14:textId="77777777" w:rsidR="00CE54E9" w:rsidRDefault="00CE54E9" w:rsidP="004B0957">
            <w:pPr>
              <w:jc w:val="both"/>
            </w:pPr>
          </w:p>
        </w:tc>
        <w:tc>
          <w:tcPr>
            <w:tcW w:w="2268" w:type="dxa"/>
          </w:tcPr>
          <w:p w14:paraId="58E5C3F0" w14:textId="77777777" w:rsidR="00CE54E9" w:rsidRDefault="00CE54E9" w:rsidP="004B0957">
            <w:pPr>
              <w:jc w:val="both"/>
            </w:pPr>
          </w:p>
        </w:tc>
      </w:tr>
      <w:tr w:rsidR="00CE54E9" w14:paraId="69B2CC23" w14:textId="77777777">
        <w:trPr>
          <w:jc w:val="center"/>
        </w:trPr>
        <w:tc>
          <w:tcPr>
            <w:tcW w:w="2835" w:type="dxa"/>
          </w:tcPr>
          <w:p w14:paraId="298B13E9" w14:textId="77777777" w:rsidR="00CE54E9" w:rsidRDefault="00CE54E9" w:rsidP="004B0957">
            <w:pPr>
              <w:jc w:val="both"/>
            </w:pPr>
          </w:p>
        </w:tc>
        <w:tc>
          <w:tcPr>
            <w:tcW w:w="4535" w:type="dxa"/>
          </w:tcPr>
          <w:p w14:paraId="57878CD7" w14:textId="77777777" w:rsidR="00CE54E9" w:rsidRDefault="00CE54E9" w:rsidP="004B0957">
            <w:pPr>
              <w:jc w:val="both"/>
            </w:pPr>
          </w:p>
        </w:tc>
        <w:tc>
          <w:tcPr>
            <w:tcW w:w="2268" w:type="dxa"/>
          </w:tcPr>
          <w:p w14:paraId="0632E61E" w14:textId="77777777" w:rsidR="00CE54E9" w:rsidRDefault="00CE54E9" w:rsidP="004B0957">
            <w:pPr>
              <w:jc w:val="both"/>
            </w:pPr>
          </w:p>
        </w:tc>
      </w:tr>
    </w:tbl>
    <w:p w14:paraId="0B4E403F" w14:textId="77777777" w:rsidR="00CE54E9" w:rsidRPr="002C064B" w:rsidRDefault="00000000" w:rsidP="004B0957">
      <w:pPr>
        <w:jc w:val="both"/>
        <w:rPr>
          <w:lang w:val="pt-BR"/>
        </w:rPr>
      </w:pPr>
      <w:r w:rsidRPr="002C064B">
        <w:rPr>
          <w:lang w:val="pt-BR"/>
        </w:rPr>
        <w:t>Membrii asocierii răspund solidar față de autoritatea contractantă pentru executarea contractului. Asocierea va respecta integral documentația de atribuire și oferta comună.</w:t>
      </w:r>
    </w:p>
    <w:p w14:paraId="54036915" w14:textId="77777777" w:rsidR="00CE54E9" w:rsidRPr="002C064B" w:rsidRDefault="00000000" w:rsidP="004B0957">
      <w:pPr>
        <w:jc w:val="both"/>
        <w:rPr>
          <w:lang w:val="pt-BR"/>
        </w:rPr>
      </w:pPr>
      <w:r w:rsidRPr="002C064B">
        <w:rPr>
          <w:lang w:val="pt-BR"/>
        </w:rPr>
        <w:t>Semnături asociați: ________________________________________________</w:t>
      </w:r>
    </w:p>
    <w:p w14:paraId="21E32D50" w14:textId="77777777" w:rsidR="00CE54E9" w:rsidRPr="002C064B" w:rsidRDefault="00000000" w:rsidP="004B0957">
      <w:pPr>
        <w:jc w:val="both"/>
        <w:rPr>
          <w:lang w:val="pt-BR"/>
        </w:rPr>
      </w:pPr>
      <w:r w:rsidRPr="002C064B">
        <w:rPr>
          <w:lang w:val="pt-BR"/>
        </w:rPr>
        <w:br w:type="page"/>
      </w:r>
    </w:p>
    <w:p w14:paraId="234E1202" w14:textId="77777777" w:rsidR="00CE54E9" w:rsidRPr="002C064B" w:rsidRDefault="00000000">
      <w:pPr>
        <w:jc w:val="center"/>
        <w:rPr>
          <w:lang w:val="pt-BR"/>
        </w:rPr>
      </w:pPr>
      <w:r w:rsidRPr="002C064B">
        <w:rPr>
          <w:b/>
          <w:lang w:val="pt-BR"/>
        </w:rPr>
        <w:lastRenderedPageBreak/>
        <w:t>FORMULAR NR. 6</w:t>
      </w:r>
    </w:p>
    <w:p w14:paraId="05159632" w14:textId="77777777" w:rsidR="00CE54E9" w:rsidRPr="002C064B" w:rsidRDefault="00000000">
      <w:pPr>
        <w:spacing w:after="200"/>
        <w:jc w:val="center"/>
        <w:rPr>
          <w:lang w:val="pt-BR"/>
        </w:rPr>
      </w:pPr>
      <w:r w:rsidRPr="002C064B">
        <w:rPr>
          <w:b/>
          <w:lang w:val="pt-BR"/>
        </w:rPr>
        <w:t>ACORD DE SUBCONTRACTARE</w:t>
      </w:r>
    </w:p>
    <w:p w14:paraId="282FA9DF" w14:textId="77777777" w:rsidR="00CE54E9" w:rsidRDefault="00000000">
      <w:proofErr w:type="spellStart"/>
      <w:r>
        <w:t>Între</w:t>
      </w:r>
      <w:proofErr w:type="spellEnd"/>
      <w:r>
        <w:t xml:space="preserve"> ____________________ (</w:t>
      </w:r>
      <w:proofErr w:type="spellStart"/>
      <w:r>
        <w:t>contractant</w:t>
      </w:r>
      <w:proofErr w:type="spellEnd"/>
      <w:r>
        <w:t>/</w:t>
      </w:r>
      <w:proofErr w:type="spellStart"/>
      <w:r>
        <w:t>ofertant</w:t>
      </w:r>
      <w:proofErr w:type="spellEnd"/>
      <w:r>
        <w:t xml:space="preserve">) </w:t>
      </w:r>
      <w:proofErr w:type="spellStart"/>
      <w:r>
        <w:t>și</w:t>
      </w:r>
      <w:proofErr w:type="spellEnd"/>
      <w:r>
        <w:t xml:space="preserve"> ____________________ (subcontractant) se încheie prezentul acord pentru procedura „Servicii educaționale aferente SA 1.1”, proiect SMIS 339212.</w:t>
      </w: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2268"/>
        <w:gridCol w:w="2835"/>
      </w:tblGrid>
      <w:tr w:rsidR="00CE54E9" w14:paraId="470CE82D" w14:textId="77777777">
        <w:trPr>
          <w:jc w:val="center"/>
        </w:trPr>
        <w:tc>
          <w:tcPr>
            <w:tcW w:w="4535" w:type="dxa"/>
            <w:vAlign w:val="center"/>
          </w:tcPr>
          <w:p w14:paraId="4794A235" w14:textId="77777777" w:rsidR="00CE54E9" w:rsidRDefault="00000000">
            <w:r>
              <w:rPr>
                <w:b/>
                <w:sz w:val="20"/>
              </w:rPr>
              <w:t>Activități subcontractate</w:t>
            </w:r>
          </w:p>
        </w:tc>
        <w:tc>
          <w:tcPr>
            <w:tcW w:w="2268" w:type="dxa"/>
            <w:vAlign w:val="center"/>
          </w:tcPr>
          <w:p w14:paraId="2C1FAF0F" w14:textId="77777777" w:rsidR="00CE54E9" w:rsidRDefault="00000000">
            <w:r>
              <w:rPr>
                <w:b/>
                <w:sz w:val="20"/>
              </w:rPr>
              <w:t>Valoare/procent</w:t>
            </w:r>
          </w:p>
        </w:tc>
        <w:tc>
          <w:tcPr>
            <w:tcW w:w="2835" w:type="dxa"/>
            <w:vAlign w:val="center"/>
          </w:tcPr>
          <w:p w14:paraId="568BAA30" w14:textId="77777777" w:rsidR="00CE54E9" w:rsidRDefault="00000000">
            <w:r>
              <w:rPr>
                <w:b/>
                <w:sz w:val="20"/>
              </w:rPr>
              <w:t>Personal/resurse implicate</w:t>
            </w:r>
          </w:p>
        </w:tc>
      </w:tr>
      <w:tr w:rsidR="00CE54E9" w14:paraId="084D7C23" w14:textId="77777777">
        <w:trPr>
          <w:jc w:val="center"/>
        </w:trPr>
        <w:tc>
          <w:tcPr>
            <w:tcW w:w="4535" w:type="dxa"/>
          </w:tcPr>
          <w:p w14:paraId="5533E009" w14:textId="77777777" w:rsidR="00CE54E9" w:rsidRDefault="00CE54E9"/>
        </w:tc>
        <w:tc>
          <w:tcPr>
            <w:tcW w:w="2268" w:type="dxa"/>
          </w:tcPr>
          <w:p w14:paraId="4226A35E" w14:textId="77777777" w:rsidR="00CE54E9" w:rsidRDefault="00CE54E9"/>
        </w:tc>
        <w:tc>
          <w:tcPr>
            <w:tcW w:w="2835" w:type="dxa"/>
          </w:tcPr>
          <w:p w14:paraId="5F562EC7" w14:textId="77777777" w:rsidR="00CE54E9" w:rsidRDefault="00CE54E9"/>
        </w:tc>
      </w:tr>
    </w:tbl>
    <w:p w14:paraId="1F9FF726" w14:textId="77777777" w:rsidR="00CE54E9" w:rsidRDefault="00000000" w:rsidP="004B0957">
      <w:pPr>
        <w:jc w:val="both"/>
      </w:pPr>
      <w:r>
        <w:t>Subcontractantul se obligă să respecte cerințele caietului de sarcini, inclusiv cele privind calificarea personalului, protecția copilului, confidențialitatea, protecția datelor, nediscriminarea, conflictul de interese, verificările/auditul și prevenirea dublei finanțări.</w:t>
      </w:r>
    </w:p>
    <w:p w14:paraId="56D93BA1" w14:textId="77777777" w:rsidR="00CE54E9" w:rsidRPr="002C064B" w:rsidRDefault="00000000" w:rsidP="004B0957">
      <w:pPr>
        <w:jc w:val="both"/>
        <w:rPr>
          <w:lang w:val="pt-BR"/>
        </w:rPr>
      </w:pPr>
      <w:r w:rsidRPr="002C064B">
        <w:rPr>
          <w:lang w:val="pt-BR"/>
        </w:rPr>
        <w:t>Contractantul rămâne pe deplin răspunzător față de autoritatea contractantă. Este interzisă subcontractarea totală a contractului.</w:t>
      </w:r>
    </w:p>
    <w:p w14:paraId="66D16C9F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Contractant: ____________________    Subcontractant: ____________________</w:t>
      </w:r>
    </w:p>
    <w:p w14:paraId="0B410780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br w:type="page"/>
      </w:r>
    </w:p>
    <w:p w14:paraId="58C97704" w14:textId="77777777" w:rsidR="00CE54E9" w:rsidRPr="002C064B" w:rsidRDefault="00000000">
      <w:pPr>
        <w:jc w:val="center"/>
        <w:rPr>
          <w:lang w:val="pt-BR"/>
        </w:rPr>
      </w:pPr>
      <w:r w:rsidRPr="002C064B">
        <w:rPr>
          <w:b/>
          <w:lang w:val="pt-BR"/>
        </w:rPr>
        <w:lastRenderedPageBreak/>
        <w:t>FORMULAR NR. 7</w:t>
      </w:r>
    </w:p>
    <w:p w14:paraId="43E7B32A" w14:textId="77777777" w:rsidR="00CE54E9" w:rsidRPr="002C064B" w:rsidRDefault="00000000">
      <w:pPr>
        <w:spacing w:after="200"/>
        <w:jc w:val="center"/>
        <w:rPr>
          <w:lang w:val="pt-BR"/>
        </w:rPr>
      </w:pPr>
      <w:r w:rsidRPr="002C064B">
        <w:rPr>
          <w:b/>
          <w:lang w:val="pt-BR"/>
        </w:rPr>
        <w:t>DECLARAȚIE DE ÎNSUȘIRE ȘI CONFORMITATE CU CAIETUL DE SARCINI / PROPUNERE TEHNICĂ</w:t>
      </w:r>
    </w:p>
    <w:p w14:paraId="2AD11C83" w14:textId="77777777" w:rsidR="00CE54E9" w:rsidRPr="004B0957" w:rsidRDefault="00000000">
      <w:pPr>
        <w:rPr>
          <w:rFonts w:cs="Times New Roman"/>
          <w:sz w:val="24"/>
          <w:szCs w:val="24"/>
          <w:lang w:val="pt-BR"/>
        </w:rPr>
      </w:pPr>
      <w:r w:rsidRPr="004B0957">
        <w:rPr>
          <w:rFonts w:cs="Times New Roman"/>
          <w:sz w:val="24"/>
          <w:szCs w:val="24"/>
          <w:lang w:val="pt-BR"/>
        </w:rPr>
        <w:t>Către: ORAȘUL TĂȘNAD</w:t>
      </w:r>
    </w:p>
    <w:p w14:paraId="333FA7A8" w14:textId="77777777" w:rsidR="00CE54E9" w:rsidRPr="004B0957" w:rsidRDefault="00000000">
      <w:pPr>
        <w:rPr>
          <w:rFonts w:cs="Times New Roman"/>
          <w:sz w:val="24"/>
          <w:szCs w:val="24"/>
          <w:lang w:val="pt-BR"/>
        </w:rPr>
      </w:pPr>
      <w:r w:rsidRPr="004B0957">
        <w:rPr>
          <w:rFonts w:cs="Times New Roman"/>
          <w:sz w:val="24"/>
          <w:szCs w:val="24"/>
          <w:lang w:val="pt-BR"/>
        </w:rPr>
        <w:t>Subsemnatul(a) ____________________, reprezentant al ____________________, declar că oferta tehnică depusă pentru achiziția „Servicii educaționale – SA 1.1” respectă integral cerințele caietului de sarcini.</w:t>
      </w:r>
    </w:p>
    <w:p w14:paraId="2C0F983F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proofErr w:type="spellStart"/>
      <w:r w:rsidRPr="004B0957">
        <w:rPr>
          <w:rFonts w:cs="Times New Roman"/>
          <w:sz w:val="24"/>
          <w:szCs w:val="24"/>
        </w:rPr>
        <w:t>volum</w:t>
      </w:r>
      <w:proofErr w:type="spellEnd"/>
      <w:r w:rsidRPr="004B0957">
        <w:rPr>
          <w:rFonts w:cs="Times New Roman"/>
          <w:sz w:val="24"/>
          <w:szCs w:val="24"/>
        </w:rPr>
        <w:t xml:space="preserve"> total </w:t>
      </w:r>
      <w:proofErr w:type="spellStart"/>
      <w:r w:rsidRPr="004B0957">
        <w:rPr>
          <w:rFonts w:cs="Times New Roman"/>
          <w:sz w:val="24"/>
          <w:szCs w:val="24"/>
        </w:rPr>
        <w:t>estimat</w:t>
      </w:r>
      <w:proofErr w:type="spellEnd"/>
      <w:r w:rsidRPr="004B0957">
        <w:rPr>
          <w:rFonts w:cs="Times New Roman"/>
          <w:sz w:val="24"/>
          <w:szCs w:val="24"/>
        </w:rPr>
        <w:t>: 3.840 ore;</w:t>
      </w:r>
    </w:p>
    <w:p w14:paraId="6D5075E9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  <w:lang w:val="it-IT"/>
        </w:rPr>
      </w:pPr>
      <w:r w:rsidRPr="004B0957">
        <w:rPr>
          <w:rFonts w:cs="Times New Roman"/>
          <w:sz w:val="24"/>
          <w:szCs w:val="24"/>
          <w:lang w:val="it-IT"/>
        </w:rPr>
        <w:t>organizare: 16 grupe, orientativ 20 ore/grupă/lună, timp de 12 luni;</w:t>
      </w:r>
    </w:p>
    <w:p w14:paraId="42C8615B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proofErr w:type="spellStart"/>
      <w:r w:rsidRPr="004B0957">
        <w:rPr>
          <w:rFonts w:cs="Times New Roman"/>
          <w:sz w:val="24"/>
          <w:szCs w:val="24"/>
        </w:rPr>
        <w:t>asigurarea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acoperirii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celor</w:t>
      </w:r>
      <w:proofErr w:type="spellEnd"/>
      <w:r w:rsidRPr="004B0957">
        <w:rPr>
          <w:rFonts w:cs="Times New Roman"/>
          <w:sz w:val="24"/>
          <w:szCs w:val="24"/>
        </w:rPr>
        <w:t xml:space="preserve"> 16 grupe și continuității serviciilor;</w:t>
      </w:r>
    </w:p>
    <w:p w14:paraId="1C4BC7B0" w14:textId="7E946C6D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  <w:lang w:val="pt-BR"/>
        </w:rPr>
      </w:pPr>
      <w:r w:rsidRPr="004B0957">
        <w:rPr>
          <w:rFonts w:cs="Times New Roman"/>
          <w:sz w:val="24"/>
          <w:szCs w:val="24"/>
          <w:lang w:val="pt-BR"/>
        </w:rPr>
        <w:t xml:space="preserve">minimum </w:t>
      </w:r>
      <w:r w:rsidR="002C064B" w:rsidRPr="004B0957">
        <w:rPr>
          <w:rFonts w:cs="Times New Roman"/>
          <w:sz w:val="24"/>
          <w:szCs w:val="24"/>
          <w:lang w:val="pt-BR"/>
        </w:rPr>
        <w:t>8</w:t>
      </w:r>
      <w:r w:rsidRPr="004B0957">
        <w:rPr>
          <w:rFonts w:cs="Times New Roman"/>
          <w:sz w:val="24"/>
          <w:szCs w:val="24"/>
          <w:lang w:val="pt-BR"/>
        </w:rPr>
        <w:t xml:space="preserve"> cadre didactice – </w:t>
      </w:r>
      <w:r w:rsidR="002C064B" w:rsidRPr="004B0957">
        <w:rPr>
          <w:rFonts w:cs="Times New Roman"/>
          <w:sz w:val="24"/>
          <w:szCs w:val="24"/>
          <w:lang w:val="pt-BR"/>
        </w:rPr>
        <w:t>4</w:t>
      </w:r>
      <w:r w:rsidRPr="004B0957">
        <w:rPr>
          <w:rFonts w:cs="Times New Roman"/>
          <w:sz w:val="24"/>
          <w:szCs w:val="24"/>
          <w:lang w:val="pt-BR"/>
        </w:rPr>
        <w:t xml:space="preserve"> pentru ciclul primar, </w:t>
      </w:r>
      <w:r w:rsidR="002C064B" w:rsidRPr="004B0957">
        <w:rPr>
          <w:rFonts w:cs="Times New Roman"/>
          <w:sz w:val="24"/>
          <w:szCs w:val="24"/>
          <w:lang w:val="pt-BR"/>
        </w:rPr>
        <w:t>6</w:t>
      </w:r>
      <w:r w:rsidRPr="004B0957">
        <w:rPr>
          <w:rFonts w:cs="Times New Roman"/>
          <w:sz w:val="24"/>
          <w:szCs w:val="24"/>
          <w:lang w:val="pt-BR"/>
        </w:rPr>
        <w:t xml:space="preserve"> pentru ciclul ciclul liceal – conform Anexei 4 a caietului de sarcini și documentației adaptate;</w:t>
      </w:r>
    </w:p>
    <w:p w14:paraId="2238666F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r w:rsidRPr="004B0957">
        <w:rPr>
          <w:rFonts w:cs="Times New Roman"/>
          <w:sz w:val="24"/>
          <w:szCs w:val="24"/>
        </w:rPr>
        <w:t xml:space="preserve">personal cu </w:t>
      </w:r>
      <w:proofErr w:type="spellStart"/>
      <w:r w:rsidRPr="004B0957">
        <w:rPr>
          <w:rFonts w:cs="Times New Roman"/>
          <w:sz w:val="24"/>
          <w:szCs w:val="24"/>
        </w:rPr>
        <w:t>studii</w:t>
      </w:r>
      <w:proofErr w:type="spellEnd"/>
      <w:r w:rsidRPr="004B0957">
        <w:rPr>
          <w:rFonts w:cs="Times New Roman"/>
          <w:sz w:val="24"/>
          <w:szCs w:val="24"/>
        </w:rPr>
        <w:t>/</w:t>
      </w:r>
      <w:proofErr w:type="spellStart"/>
      <w:r w:rsidRPr="004B0957">
        <w:rPr>
          <w:rFonts w:cs="Times New Roman"/>
          <w:sz w:val="24"/>
          <w:szCs w:val="24"/>
        </w:rPr>
        <w:t>calificări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relevante</w:t>
      </w:r>
      <w:proofErr w:type="spellEnd"/>
      <w:r w:rsidRPr="004B0957">
        <w:rPr>
          <w:rFonts w:cs="Times New Roman"/>
          <w:sz w:val="24"/>
          <w:szCs w:val="24"/>
        </w:rPr>
        <w:t xml:space="preserve">, CV, </w:t>
      </w:r>
      <w:proofErr w:type="spellStart"/>
      <w:r w:rsidRPr="004B0957">
        <w:rPr>
          <w:rFonts w:cs="Times New Roman"/>
          <w:sz w:val="24"/>
          <w:szCs w:val="24"/>
        </w:rPr>
        <w:t>declarație</w:t>
      </w:r>
      <w:proofErr w:type="spellEnd"/>
      <w:r w:rsidRPr="004B0957">
        <w:rPr>
          <w:rFonts w:cs="Times New Roman"/>
          <w:sz w:val="24"/>
          <w:szCs w:val="24"/>
        </w:rPr>
        <w:t xml:space="preserve"> de disponibilitate, cazier, certificat de integritate comportamentală și adeverință medicală;</w:t>
      </w:r>
    </w:p>
    <w:p w14:paraId="68BE6C57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r w:rsidRPr="004B0957">
        <w:rPr>
          <w:rFonts w:cs="Times New Roman"/>
          <w:sz w:val="24"/>
          <w:szCs w:val="24"/>
        </w:rPr>
        <w:t>metodologie de evaluare inițială, activități remediale, monitorizare a progresului și raportare;</w:t>
      </w:r>
    </w:p>
    <w:p w14:paraId="6C4F3266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  <w:lang w:val="it-IT"/>
        </w:rPr>
      </w:pPr>
      <w:r w:rsidRPr="004B0957">
        <w:rPr>
          <w:rFonts w:cs="Times New Roman"/>
          <w:sz w:val="24"/>
          <w:szCs w:val="24"/>
          <w:lang w:val="it-IT"/>
        </w:rPr>
        <w:t>respectarea nediscriminării, accesibilității, protecției copilului, protecției datelor și confidențialității;</w:t>
      </w:r>
    </w:p>
    <w:p w14:paraId="354D695E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proofErr w:type="spellStart"/>
      <w:r w:rsidRPr="004B0957">
        <w:rPr>
          <w:rFonts w:cs="Times New Roman"/>
          <w:sz w:val="24"/>
          <w:szCs w:val="24"/>
        </w:rPr>
        <w:t>acceptarea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verificărilor</w:t>
      </w:r>
      <w:proofErr w:type="spellEnd"/>
      <w:r w:rsidRPr="004B0957">
        <w:rPr>
          <w:rFonts w:cs="Times New Roman"/>
          <w:sz w:val="24"/>
          <w:szCs w:val="24"/>
        </w:rPr>
        <w:t>/</w:t>
      </w:r>
      <w:proofErr w:type="spellStart"/>
      <w:r w:rsidRPr="004B0957">
        <w:rPr>
          <w:rFonts w:cs="Times New Roman"/>
          <w:sz w:val="24"/>
          <w:szCs w:val="24"/>
        </w:rPr>
        <w:t>auditului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și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prevenirea</w:t>
      </w:r>
      <w:proofErr w:type="spellEnd"/>
      <w:r w:rsidRPr="004B0957">
        <w:rPr>
          <w:rFonts w:cs="Times New Roman"/>
          <w:sz w:val="24"/>
          <w:szCs w:val="24"/>
        </w:rPr>
        <w:t xml:space="preserve"> dublei finanțări;</w:t>
      </w:r>
    </w:p>
    <w:p w14:paraId="75D00DCB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  <w:lang w:val="pt-BR"/>
        </w:rPr>
      </w:pPr>
      <w:r w:rsidRPr="004B0957">
        <w:rPr>
          <w:rFonts w:cs="Times New Roman"/>
          <w:sz w:val="24"/>
          <w:szCs w:val="24"/>
          <w:lang w:val="pt-BR"/>
        </w:rPr>
        <w:t>respectarea graficului aprobat și a tuturor livrabilelor/documentelor justificative.</w:t>
      </w:r>
    </w:p>
    <w:p w14:paraId="49AE0BFF" w14:textId="77777777" w:rsidR="00CE54E9" w:rsidRPr="004B0957" w:rsidRDefault="00000000">
      <w:pPr>
        <w:pStyle w:val="Titlu2"/>
        <w:spacing w:before="140" w:after="60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4B0957">
        <w:rPr>
          <w:rFonts w:ascii="Times New Roman" w:hAnsi="Times New Roman" w:cs="Times New Roman"/>
          <w:color w:val="auto"/>
          <w:sz w:val="24"/>
          <w:szCs w:val="24"/>
        </w:rPr>
        <w:t>Structura</w:t>
      </w:r>
      <w:proofErr w:type="spellEnd"/>
      <w:r w:rsidRPr="004B095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4B0957">
        <w:rPr>
          <w:rFonts w:ascii="Times New Roman" w:hAnsi="Times New Roman" w:cs="Times New Roman"/>
          <w:color w:val="auto"/>
          <w:sz w:val="24"/>
          <w:szCs w:val="24"/>
        </w:rPr>
        <w:t>minimă</w:t>
      </w:r>
      <w:proofErr w:type="spellEnd"/>
      <w:r w:rsidRPr="004B0957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4B0957">
        <w:rPr>
          <w:rFonts w:ascii="Times New Roman" w:hAnsi="Times New Roman" w:cs="Times New Roman"/>
          <w:color w:val="auto"/>
          <w:sz w:val="24"/>
          <w:szCs w:val="24"/>
        </w:rPr>
        <w:t>propunerii</w:t>
      </w:r>
      <w:proofErr w:type="spellEnd"/>
      <w:r w:rsidRPr="004B0957">
        <w:rPr>
          <w:rFonts w:ascii="Times New Roman" w:hAnsi="Times New Roman" w:cs="Times New Roman"/>
          <w:color w:val="auto"/>
          <w:sz w:val="24"/>
          <w:szCs w:val="24"/>
        </w:rPr>
        <w:t xml:space="preserve"> tehnice</w:t>
      </w:r>
    </w:p>
    <w:p w14:paraId="350F1B2A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r w:rsidRPr="004B0957">
        <w:rPr>
          <w:rFonts w:cs="Times New Roman"/>
          <w:sz w:val="24"/>
          <w:szCs w:val="24"/>
        </w:rPr>
        <w:t>Înțelegerea obiectului contractului și a grupului țintă.</w:t>
      </w:r>
    </w:p>
    <w:p w14:paraId="1F91F8D2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  <w:lang w:val="pt-BR"/>
        </w:rPr>
      </w:pPr>
      <w:r w:rsidRPr="004B0957">
        <w:rPr>
          <w:rFonts w:cs="Times New Roman"/>
          <w:sz w:val="24"/>
          <w:szCs w:val="24"/>
          <w:lang w:val="pt-BR"/>
        </w:rPr>
        <w:t>Metodologia de organizare și desfășurare a activităților remediale.</w:t>
      </w:r>
    </w:p>
    <w:p w14:paraId="3E034C9B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proofErr w:type="spellStart"/>
      <w:r w:rsidRPr="004B0957">
        <w:rPr>
          <w:rFonts w:cs="Times New Roman"/>
          <w:sz w:val="24"/>
          <w:szCs w:val="24"/>
        </w:rPr>
        <w:t>Acoperirea</w:t>
      </w:r>
      <w:proofErr w:type="spellEnd"/>
      <w:r w:rsidRPr="004B0957">
        <w:rPr>
          <w:rFonts w:cs="Times New Roman"/>
          <w:sz w:val="24"/>
          <w:szCs w:val="24"/>
        </w:rPr>
        <w:t xml:space="preserve"> </w:t>
      </w:r>
      <w:proofErr w:type="spellStart"/>
      <w:r w:rsidRPr="004B0957">
        <w:rPr>
          <w:rFonts w:cs="Times New Roman"/>
          <w:sz w:val="24"/>
          <w:szCs w:val="24"/>
        </w:rPr>
        <w:t>celor</w:t>
      </w:r>
      <w:proofErr w:type="spellEnd"/>
      <w:r w:rsidRPr="004B0957">
        <w:rPr>
          <w:rFonts w:cs="Times New Roman"/>
          <w:sz w:val="24"/>
          <w:szCs w:val="24"/>
        </w:rPr>
        <w:t xml:space="preserve"> 16 </w:t>
      </w:r>
      <w:proofErr w:type="spellStart"/>
      <w:r w:rsidRPr="004B0957">
        <w:rPr>
          <w:rFonts w:cs="Times New Roman"/>
          <w:sz w:val="24"/>
          <w:szCs w:val="24"/>
        </w:rPr>
        <w:t>grupe</w:t>
      </w:r>
      <w:proofErr w:type="spellEnd"/>
      <w:r w:rsidRPr="004B0957">
        <w:rPr>
          <w:rFonts w:cs="Times New Roman"/>
          <w:sz w:val="24"/>
          <w:szCs w:val="24"/>
        </w:rPr>
        <w:t xml:space="preserve"> și a volumului de 3.840 ore.</w:t>
      </w:r>
    </w:p>
    <w:p w14:paraId="1F9EB89E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r w:rsidRPr="004B0957">
        <w:rPr>
          <w:rFonts w:cs="Times New Roman"/>
          <w:sz w:val="24"/>
          <w:szCs w:val="24"/>
        </w:rPr>
        <w:t>Evaluarea inițială și monitorizarea progresului.</w:t>
      </w:r>
    </w:p>
    <w:p w14:paraId="271D44DD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</w:rPr>
      </w:pPr>
      <w:r w:rsidRPr="004B0957">
        <w:rPr>
          <w:rFonts w:cs="Times New Roman"/>
          <w:sz w:val="24"/>
          <w:szCs w:val="24"/>
        </w:rPr>
        <w:t>Organizarea personalului și mecanismul de continuitate.</w:t>
      </w:r>
    </w:p>
    <w:p w14:paraId="28E7A65B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  <w:lang w:val="it-IT"/>
        </w:rPr>
      </w:pPr>
      <w:r w:rsidRPr="004B0957">
        <w:rPr>
          <w:rFonts w:cs="Times New Roman"/>
          <w:sz w:val="24"/>
          <w:szCs w:val="24"/>
          <w:lang w:val="it-IT"/>
        </w:rPr>
        <w:t>Raportarea și controlul orelor prestate.</w:t>
      </w:r>
    </w:p>
    <w:p w14:paraId="59E5C341" w14:textId="77777777" w:rsidR="00CE54E9" w:rsidRPr="004B0957" w:rsidRDefault="00000000">
      <w:pPr>
        <w:pStyle w:val="Listcumarcatori"/>
        <w:spacing w:after="40"/>
        <w:ind w:left="340"/>
        <w:rPr>
          <w:rFonts w:cs="Times New Roman"/>
          <w:sz w:val="24"/>
          <w:szCs w:val="24"/>
          <w:lang w:val="it-IT"/>
        </w:rPr>
      </w:pPr>
      <w:r w:rsidRPr="004B0957">
        <w:rPr>
          <w:rFonts w:cs="Times New Roman"/>
          <w:sz w:val="24"/>
          <w:szCs w:val="24"/>
          <w:lang w:val="it-IT"/>
        </w:rPr>
        <w:t>Măsuri privind nediscriminarea, accesibilitatea, protecția copilului și protecția datelor.</w:t>
      </w:r>
    </w:p>
    <w:p w14:paraId="5E80786B" w14:textId="77777777" w:rsidR="00CE54E9" w:rsidRPr="004B0957" w:rsidRDefault="00000000">
      <w:pPr>
        <w:rPr>
          <w:rFonts w:cs="Times New Roman"/>
          <w:sz w:val="24"/>
          <w:szCs w:val="24"/>
          <w:lang w:val="it-IT"/>
        </w:rPr>
      </w:pPr>
      <w:r w:rsidRPr="004B0957">
        <w:rPr>
          <w:rFonts w:cs="Times New Roman"/>
          <w:sz w:val="24"/>
          <w:szCs w:val="24"/>
          <w:lang w:val="it-IT"/>
        </w:rPr>
        <w:t>Data: ____________    Nume și prenume: ____________________    Semnătura: ____________________</w:t>
      </w:r>
    </w:p>
    <w:p w14:paraId="0198789E" w14:textId="77777777" w:rsidR="00CE54E9" w:rsidRPr="004B0957" w:rsidRDefault="00000000">
      <w:pPr>
        <w:rPr>
          <w:rFonts w:cs="Times New Roman"/>
          <w:sz w:val="24"/>
          <w:szCs w:val="24"/>
          <w:lang w:val="it-IT"/>
        </w:rPr>
      </w:pPr>
      <w:r w:rsidRPr="004B0957">
        <w:rPr>
          <w:rFonts w:cs="Times New Roman"/>
          <w:sz w:val="24"/>
          <w:szCs w:val="24"/>
          <w:lang w:val="it-IT"/>
        </w:rPr>
        <w:br w:type="page"/>
      </w:r>
    </w:p>
    <w:p w14:paraId="5157ED69" w14:textId="77777777" w:rsidR="00CE54E9" w:rsidRPr="002C064B" w:rsidRDefault="00000000">
      <w:pPr>
        <w:jc w:val="center"/>
        <w:rPr>
          <w:lang w:val="pt-BR"/>
        </w:rPr>
      </w:pPr>
      <w:r w:rsidRPr="002C064B">
        <w:rPr>
          <w:b/>
          <w:lang w:val="pt-BR"/>
        </w:rPr>
        <w:lastRenderedPageBreak/>
        <w:t>FORMULAR NR. 8</w:t>
      </w:r>
    </w:p>
    <w:p w14:paraId="353BAED6" w14:textId="77777777" w:rsidR="00CE54E9" w:rsidRPr="002C064B" w:rsidRDefault="00000000">
      <w:pPr>
        <w:spacing w:after="200"/>
        <w:jc w:val="center"/>
        <w:rPr>
          <w:lang w:val="pt-BR"/>
        </w:rPr>
      </w:pPr>
      <w:r w:rsidRPr="002C064B">
        <w:rPr>
          <w:b/>
          <w:lang w:val="pt-BR"/>
        </w:rPr>
        <w:t>DECLARAȚIE PRIVIND RESPECTAREA REGLEMENTĂRILOR OBLIGATORII ÎN DOMENIILE MEDIULUI, SOCIAL ȘI AL RELAȚIILOR DE MUNCĂ</w:t>
      </w:r>
    </w:p>
    <w:p w14:paraId="4DAF16F1" w14:textId="77777777" w:rsidR="00CE54E9" w:rsidRPr="002C064B" w:rsidRDefault="00000000" w:rsidP="004B0957">
      <w:pPr>
        <w:jc w:val="both"/>
        <w:rPr>
          <w:lang w:val="pt-BR"/>
        </w:rPr>
      </w:pPr>
      <w:r w:rsidRPr="002C064B">
        <w:rPr>
          <w:lang w:val="pt-BR"/>
        </w:rPr>
        <w:t>Subsemnatul(a) ____________________, reprezentant al ____________________, declar că la elaborarea ofertei am ținut seama de obligațiile aplicabile în domeniul mediului, social, al relațiilor de muncă, egalității de șanse și nediscriminării și că pe întreaga durată a contractului vom respecta legislația aplicabilă, inclusiv principiul DNSH în măsura relevantă naturii serviciilor.</w:t>
      </w:r>
    </w:p>
    <w:p w14:paraId="510FF52A" w14:textId="77777777" w:rsidR="00CE54E9" w:rsidRPr="002C064B" w:rsidRDefault="00000000" w:rsidP="004B0957">
      <w:pPr>
        <w:jc w:val="both"/>
        <w:rPr>
          <w:lang w:val="it-IT"/>
        </w:rPr>
      </w:pPr>
      <w:r w:rsidRPr="002C064B">
        <w:rPr>
          <w:lang w:val="it-IT"/>
        </w:rPr>
        <w:t>Data: ____________    Nume și prenume: ____________________    Semnătura: ____________________</w:t>
      </w:r>
    </w:p>
    <w:p w14:paraId="6C3D2F63" w14:textId="77777777" w:rsidR="00CE54E9" w:rsidRPr="002C064B" w:rsidRDefault="00000000" w:rsidP="004B0957">
      <w:pPr>
        <w:jc w:val="both"/>
        <w:rPr>
          <w:lang w:val="it-IT"/>
        </w:rPr>
      </w:pPr>
      <w:r w:rsidRPr="002C064B">
        <w:rPr>
          <w:lang w:val="it-IT"/>
        </w:rPr>
        <w:br w:type="page"/>
      </w:r>
    </w:p>
    <w:p w14:paraId="024FCEB9" w14:textId="77777777" w:rsidR="00CE54E9" w:rsidRPr="002C064B" w:rsidRDefault="00000000">
      <w:pPr>
        <w:jc w:val="center"/>
        <w:rPr>
          <w:lang w:val="pt-BR"/>
        </w:rPr>
      </w:pPr>
      <w:r w:rsidRPr="002C064B">
        <w:rPr>
          <w:b/>
          <w:lang w:val="pt-BR"/>
        </w:rPr>
        <w:lastRenderedPageBreak/>
        <w:t>FORMULAR NR. 9</w:t>
      </w:r>
    </w:p>
    <w:p w14:paraId="4ABA3618" w14:textId="77777777" w:rsidR="00CE54E9" w:rsidRPr="002C064B" w:rsidRDefault="00000000">
      <w:pPr>
        <w:spacing w:after="200"/>
        <w:jc w:val="center"/>
        <w:rPr>
          <w:lang w:val="pt-BR"/>
        </w:rPr>
      </w:pPr>
      <w:r w:rsidRPr="002C064B">
        <w:rPr>
          <w:b/>
          <w:lang w:val="pt-BR"/>
        </w:rPr>
        <w:t>FORMULAR DE OFERTĂ FINANCIARĂ</w:t>
      </w:r>
    </w:p>
    <w:p w14:paraId="64BA1AF9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Către: ORAȘUL TĂȘNAD</w:t>
      </w:r>
    </w:p>
    <w:p w14:paraId="52A9B4A6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Ca răspuns la anunțul privind atribuirea contractului „Servicii educaționale aferente SA 1.1”, proiect SMIS 339212, declarăm că acceptăm fără rezerve documentația de atribuire și ne oferim să prestăm serviciile pentru:</w:t>
      </w:r>
    </w:p>
    <w:p w14:paraId="53841740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Preț total ofertat fără TVA: ____________________ lei (în cifre) / ________________________________________________ lei (în litere).</w:t>
      </w:r>
    </w:p>
    <w:p w14:paraId="0D7CCF04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TVA, dacă este cazul: ____________________ lei. Preț total cu TVA: ____________________ lei.</w:t>
      </w:r>
    </w:p>
    <w:p w14:paraId="081E7AFD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Tarif ofertat/oră fără TVA: ____________________ lei/oră.</w:t>
      </w:r>
    </w:p>
    <w:p w14:paraId="1460E7AC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Prețul total ofertat nu va depăși 404.006,40 lei fără TVA. Prețul include toate costurile necesare executării integrale a contractului.</w:t>
      </w:r>
    </w:p>
    <w:p w14:paraId="64A467F5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Menținem oferta valabilă pentru ______ zile, până la data de ____________.</w:t>
      </w:r>
    </w:p>
    <w:p w14:paraId="1234FDDE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Data: ____________    Reprezentant legal: ____________________    Semnătura: ____________________</w:t>
      </w:r>
    </w:p>
    <w:p w14:paraId="15FBFBA7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br w:type="page"/>
      </w:r>
    </w:p>
    <w:p w14:paraId="7EF1EC83" w14:textId="77777777" w:rsidR="00CE54E9" w:rsidRPr="002C064B" w:rsidRDefault="00000000">
      <w:pPr>
        <w:jc w:val="center"/>
        <w:rPr>
          <w:lang w:val="pt-BR"/>
        </w:rPr>
      </w:pPr>
      <w:r w:rsidRPr="002C064B">
        <w:rPr>
          <w:b/>
          <w:lang w:val="pt-BR"/>
        </w:rPr>
        <w:lastRenderedPageBreak/>
        <w:t>FORMULAR NR. 10</w:t>
      </w:r>
    </w:p>
    <w:p w14:paraId="220B5C4C" w14:textId="77777777" w:rsidR="00CE54E9" w:rsidRDefault="00000000">
      <w:pPr>
        <w:spacing w:after="200"/>
        <w:jc w:val="center"/>
      </w:pPr>
      <w:r>
        <w:rPr>
          <w:b/>
        </w:rPr>
        <w:t>CENTRALIZATORUL PROPUNERII FINANCIARE</w:t>
      </w: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3713"/>
        <w:gridCol w:w="1123"/>
        <w:gridCol w:w="1088"/>
        <w:gridCol w:w="2125"/>
        <w:gridCol w:w="2139"/>
      </w:tblGrid>
      <w:tr w:rsidR="00CE54E9" w14:paraId="646260E3" w14:textId="77777777">
        <w:trPr>
          <w:jc w:val="center"/>
        </w:trPr>
        <w:tc>
          <w:tcPr>
            <w:tcW w:w="3969" w:type="dxa"/>
            <w:vAlign w:val="center"/>
          </w:tcPr>
          <w:p w14:paraId="28E08915" w14:textId="77777777" w:rsidR="00CE54E9" w:rsidRDefault="00000000">
            <w:r>
              <w:rPr>
                <w:b/>
                <w:sz w:val="20"/>
              </w:rPr>
              <w:t>Element</w:t>
            </w:r>
          </w:p>
        </w:tc>
        <w:tc>
          <w:tcPr>
            <w:tcW w:w="1134" w:type="dxa"/>
            <w:vAlign w:val="center"/>
          </w:tcPr>
          <w:p w14:paraId="48F7AA51" w14:textId="77777777" w:rsidR="00CE54E9" w:rsidRDefault="00000000">
            <w:r>
              <w:rPr>
                <w:b/>
                <w:sz w:val="20"/>
              </w:rPr>
              <w:t>Cantitate</w:t>
            </w:r>
          </w:p>
        </w:tc>
        <w:tc>
          <w:tcPr>
            <w:tcW w:w="1134" w:type="dxa"/>
            <w:vAlign w:val="center"/>
          </w:tcPr>
          <w:p w14:paraId="604DCE66" w14:textId="77777777" w:rsidR="00CE54E9" w:rsidRDefault="00000000">
            <w:r>
              <w:rPr>
                <w:b/>
                <w:sz w:val="20"/>
              </w:rPr>
              <w:t>U.M.</w:t>
            </w:r>
          </w:p>
        </w:tc>
        <w:tc>
          <w:tcPr>
            <w:tcW w:w="2268" w:type="dxa"/>
            <w:vAlign w:val="center"/>
          </w:tcPr>
          <w:p w14:paraId="23F40B41" w14:textId="77777777" w:rsidR="00CE54E9" w:rsidRDefault="00000000">
            <w:r>
              <w:rPr>
                <w:b/>
                <w:sz w:val="20"/>
              </w:rPr>
              <w:t>Preț unitar fără TVA</w:t>
            </w:r>
          </w:p>
        </w:tc>
        <w:tc>
          <w:tcPr>
            <w:tcW w:w="2268" w:type="dxa"/>
            <w:vAlign w:val="center"/>
          </w:tcPr>
          <w:p w14:paraId="64607B2D" w14:textId="77777777" w:rsidR="00CE54E9" w:rsidRDefault="00000000">
            <w:r>
              <w:rPr>
                <w:b/>
                <w:sz w:val="20"/>
              </w:rPr>
              <w:t>Valoare fără TVA</w:t>
            </w:r>
          </w:p>
        </w:tc>
      </w:tr>
      <w:tr w:rsidR="00CE54E9" w14:paraId="7B75C927" w14:textId="77777777">
        <w:trPr>
          <w:jc w:val="center"/>
        </w:trPr>
        <w:tc>
          <w:tcPr>
            <w:tcW w:w="3969" w:type="dxa"/>
          </w:tcPr>
          <w:p w14:paraId="2D2BC1C1" w14:textId="77777777" w:rsidR="00CE54E9" w:rsidRPr="002C064B" w:rsidRDefault="00000000">
            <w:pPr>
              <w:rPr>
                <w:lang w:val="it-IT"/>
              </w:rPr>
            </w:pPr>
            <w:r w:rsidRPr="002C064B">
              <w:rPr>
                <w:sz w:val="20"/>
                <w:lang w:val="it-IT"/>
              </w:rPr>
              <w:t>Servicii educaționale remediale și pregătire suplimentară</w:t>
            </w:r>
          </w:p>
        </w:tc>
        <w:tc>
          <w:tcPr>
            <w:tcW w:w="1134" w:type="dxa"/>
          </w:tcPr>
          <w:p w14:paraId="02B4C210" w14:textId="77777777" w:rsidR="00CE54E9" w:rsidRDefault="00000000">
            <w:r>
              <w:rPr>
                <w:sz w:val="20"/>
              </w:rPr>
              <w:t>3.840</w:t>
            </w:r>
          </w:p>
        </w:tc>
        <w:tc>
          <w:tcPr>
            <w:tcW w:w="1134" w:type="dxa"/>
          </w:tcPr>
          <w:p w14:paraId="6B859516" w14:textId="77777777" w:rsidR="00CE54E9" w:rsidRDefault="00000000">
            <w:r>
              <w:rPr>
                <w:sz w:val="20"/>
              </w:rPr>
              <w:t>ore</w:t>
            </w:r>
          </w:p>
        </w:tc>
        <w:tc>
          <w:tcPr>
            <w:tcW w:w="2268" w:type="dxa"/>
          </w:tcPr>
          <w:p w14:paraId="7EB54C73" w14:textId="77777777" w:rsidR="00CE54E9" w:rsidRDefault="00CE54E9"/>
        </w:tc>
        <w:tc>
          <w:tcPr>
            <w:tcW w:w="2268" w:type="dxa"/>
          </w:tcPr>
          <w:p w14:paraId="0C42D86F" w14:textId="77777777" w:rsidR="00CE54E9" w:rsidRDefault="00CE54E9"/>
        </w:tc>
      </w:tr>
      <w:tr w:rsidR="00CE54E9" w14:paraId="6D5177E4" w14:textId="77777777">
        <w:trPr>
          <w:jc w:val="center"/>
        </w:trPr>
        <w:tc>
          <w:tcPr>
            <w:tcW w:w="3969" w:type="dxa"/>
          </w:tcPr>
          <w:p w14:paraId="70B2CB29" w14:textId="77777777" w:rsidR="00CE54E9" w:rsidRDefault="00000000">
            <w:r>
              <w:rPr>
                <w:sz w:val="20"/>
              </w:rPr>
              <w:t>TOTAL</w:t>
            </w:r>
          </w:p>
        </w:tc>
        <w:tc>
          <w:tcPr>
            <w:tcW w:w="1134" w:type="dxa"/>
          </w:tcPr>
          <w:p w14:paraId="1628D69D" w14:textId="77777777" w:rsidR="00CE54E9" w:rsidRDefault="00CE54E9"/>
        </w:tc>
        <w:tc>
          <w:tcPr>
            <w:tcW w:w="1134" w:type="dxa"/>
          </w:tcPr>
          <w:p w14:paraId="37BDFC1C" w14:textId="77777777" w:rsidR="00CE54E9" w:rsidRDefault="00CE54E9"/>
        </w:tc>
        <w:tc>
          <w:tcPr>
            <w:tcW w:w="2268" w:type="dxa"/>
          </w:tcPr>
          <w:p w14:paraId="0E7D850F" w14:textId="77777777" w:rsidR="00CE54E9" w:rsidRDefault="00CE54E9"/>
        </w:tc>
        <w:tc>
          <w:tcPr>
            <w:tcW w:w="2268" w:type="dxa"/>
          </w:tcPr>
          <w:p w14:paraId="00663D7C" w14:textId="77777777" w:rsidR="00CE54E9" w:rsidRDefault="00CE54E9"/>
        </w:tc>
      </w:tr>
      <w:tr w:rsidR="00CE54E9" w14:paraId="24C829AE" w14:textId="77777777">
        <w:trPr>
          <w:jc w:val="center"/>
        </w:trPr>
        <w:tc>
          <w:tcPr>
            <w:tcW w:w="3969" w:type="dxa"/>
          </w:tcPr>
          <w:p w14:paraId="6971485C" w14:textId="77777777" w:rsidR="00CE54E9" w:rsidRDefault="00000000">
            <w:r>
              <w:rPr>
                <w:sz w:val="20"/>
              </w:rPr>
              <w:t>TVA, dacă este cazul</w:t>
            </w:r>
          </w:p>
        </w:tc>
        <w:tc>
          <w:tcPr>
            <w:tcW w:w="1134" w:type="dxa"/>
          </w:tcPr>
          <w:p w14:paraId="39F1D441" w14:textId="77777777" w:rsidR="00CE54E9" w:rsidRDefault="00CE54E9"/>
        </w:tc>
        <w:tc>
          <w:tcPr>
            <w:tcW w:w="1134" w:type="dxa"/>
          </w:tcPr>
          <w:p w14:paraId="0D688B7F" w14:textId="77777777" w:rsidR="00CE54E9" w:rsidRDefault="00CE54E9"/>
        </w:tc>
        <w:tc>
          <w:tcPr>
            <w:tcW w:w="2268" w:type="dxa"/>
          </w:tcPr>
          <w:p w14:paraId="7EBC3E5B" w14:textId="77777777" w:rsidR="00CE54E9" w:rsidRDefault="00CE54E9"/>
        </w:tc>
        <w:tc>
          <w:tcPr>
            <w:tcW w:w="2268" w:type="dxa"/>
          </w:tcPr>
          <w:p w14:paraId="16B1243E" w14:textId="77777777" w:rsidR="00CE54E9" w:rsidRDefault="00CE54E9"/>
        </w:tc>
      </w:tr>
      <w:tr w:rsidR="00CE54E9" w14:paraId="1999FB0F" w14:textId="77777777">
        <w:trPr>
          <w:jc w:val="center"/>
        </w:trPr>
        <w:tc>
          <w:tcPr>
            <w:tcW w:w="3969" w:type="dxa"/>
          </w:tcPr>
          <w:p w14:paraId="2DF3B2CE" w14:textId="77777777" w:rsidR="00CE54E9" w:rsidRDefault="00000000">
            <w:r>
              <w:rPr>
                <w:sz w:val="20"/>
              </w:rPr>
              <w:t>TOTAL CU TVA</w:t>
            </w:r>
          </w:p>
        </w:tc>
        <w:tc>
          <w:tcPr>
            <w:tcW w:w="1134" w:type="dxa"/>
          </w:tcPr>
          <w:p w14:paraId="791F6452" w14:textId="77777777" w:rsidR="00CE54E9" w:rsidRDefault="00CE54E9"/>
        </w:tc>
        <w:tc>
          <w:tcPr>
            <w:tcW w:w="1134" w:type="dxa"/>
          </w:tcPr>
          <w:p w14:paraId="445895AD" w14:textId="77777777" w:rsidR="00CE54E9" w:rsidRDefault="00CE54E9"/>
        </w:tc>
        <w:tc>
          <w:tcPr>
            <w:tcW w:w="2268" w:type="dxa"/>
          </w:tcPr>
          <w:p w14:paraId="1572D94E" w14:textId="77777777" w:rsidR="00CE54E9" w:rsidRDefault="00CE54E9"/>
        </w:tc>
        <w:tc>
          <w:tcPr>
            <w:tcW w:w="2268" w:type="dxa"/>
          </w:tcPr>
          <w:p w14:paraId="72073570" w14:textId="77777777" w:rsidR="00CE54E9" w:rsidRDefault="00CE54E9"/>
        </w:tc>
      </w:tr>
    </w:tbl>
    <w:p w14:paraId="43411B2E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Notă: Tariful de 105,21 lei/oră este tariful utilizat la fundamentarea bugetului aprobat. Oferta financiară va respecta plafonul total de 404.006,40 lei fără TVA și va include toate costurile necesare prestării serviciilor.</w:t>
      </w:r>
    </w:p>
    <w:p w14:paraId="33BC9E69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br w:type="page"/>
      </w:r>
    </w:p>
    <w:p w14:paraId="6615EECB" w14:textId="77777777" w:rsidR="00CE54E9" w:rsidRPr="002C064B" w:rsidRDefault="00000000">
      <w:pPr>
        <w:jc w:val="center"/>
        <w:rPr>
          <w:lang w:val="pt-BR"/>
        </w:rPr>
      </w:pPr>
      <w:r w:rsidRPr="002C064B">
        <w:rPr>
          <w:b/>
          <w:lang w:val="pt-BR"/>
        </w:rPr>
        <w:lastRenderedPageBreak/>
        <w:t>FORMULAR NR. 11</w:t>
      </w:r>
    </w:p>
    <w:p w14:paraId="7276DAFA" w14:textId="77777777" w:rsidR="00CE54E9" w:rsidRPr="002C064B" w:rsidRDefault="00000000">
      <w:pPr>
        <w:spacing w:after="200"/>
        <w:jc w:val="center"/>
        <w:rPr>
          <w:lang w:val="pt-BR"/>
        </w:rPr>
      </w:pPr>
      <w:r w:rsidRPr="002C064B">
        <w:rPr>
          <w:b/>
          <w:lang w:val="pt-BR"/>
        </w:rPr>
        <w:t>DECLARAȚIE PRIVIND PERSONALUL PROPUS ȘI DISPONIBILITATEA</w:t>
      </w:r>
    </w:p>
    <w:p w14:paraId="54BBA4FA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Ofertant: ______________________________</w:t>
      </w:r>
    </w:p>
    <w:p w14:paraId="3DB4E3E9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Declarăm că personalul nominalizat mai jos este disponibil pentru executarea contractului și îndeplinește cerințele documentației de atribuire.</w:t>
      </w: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557"/>
        <w:gridCol w:w="2062"/>
        <w:gridCol w:w="1607"/>
        <w:gridCol w:w="2141"/>
        <w:gridCol w:w="2157"/>
        <w:gridCol w:w="1664"/>
      </w:tblGrid>
      <w:tr w:rsidR="00CE54E9" w14:paraId="39D2F572" w14:textId="77777777">
        <w:trPr>
          <w:jc w:val="center"/>
        </w:trPr>
        <w:tc>
          <w:tcPr>
            <w:tcW w:w="567" w:type="dxa"/>
            <w:vAlign w:val="center"/>
          </w:tcPr>
          <w:p w14:paraId="5F983A5C" w14:textId="77777777" w:rsidR="00CE54E9" w:rsidRDefault="00000000">
            <w:r>
              <w:rPr>
                <w:b/>
                <w:sz w:val="20"/>
              </w:rPr>
              <w:t>Nr.</w:t>
            </w:r>
          </w:p>
        </w:tc>
        <w:tc>
          <w:tcPr>
            <w:tcW w:w="2268" w:type="dxa"/>
            <w:vAlign w:val="center"/>
          </w:tcPr>
          <w:p w14:paraId="6E03B7A8" w14:textId="77777777" w:rsidR="00CE54E9" w:rsidRDefault="00000000">
            <w:r>
              <w:rPr>
                <w:b/>
                <w:sz w:val="20"/>
              </w:rPr>
              <w:t>Nume și prenume</w:t>
            </w:r>
          </w:p>
        </w:tc>
        <w:tc>
          <w:tcPr>
            <w:tcW w:w="1701" w:type="dxa"/>
            <w:vAlign w:val="center"/>
          </w:tcPr>
          <w:p w14:paraId="1FA998E0" w14:textId="77777777" w:rsidR="00CE54E9" w:rsidRDefault="00000000">
            <w:r>
              <w:rPr>
                <w:b/>
                <w:sz w:val="20"/>
              </w:rPr>
              <w:t>Nivel/ciclu</w:t>
            </w:r>
          </w:p>
        </w:tc>
        <w:tc>
          <w:tcPr>
            <w:tcW w:w="2268" w:type="dxa"/>
            <w:vAlign w:val="center"/>
          </w:tcPr>
          <w:p w14:paraId="485A9221" w14:textId="77777777" w:rsidR="00CE54E9" w:rsidRDefault="00000000">
            <w:r>
              <w:rPr>
                <w:b/>
                <w:sz w:val="20"/>
              </w:rPr>
              <w:t>Disciplina/aria</w:t>
            </w:r>
          </w:p>
        </w:tc>
        <w:tc>
          <w:tcPr>
            <w:tcW w:w="2268" w:type="dxa"/>
            <w:vAlign w:val="center"/>
          </w:tcPr>
          <w:p w14:paraId="55A4E423" w14:textId="77777777" w:rsidR="00CE54E9" w:rsidRDefault="00000000">
            <w:r>
              <w:rPr>
                <w:b/>
                <w:sz w:val="20"/>
              </w:rPr>
              <w:t>Studii/calificare</w:t>
            </w:r>
          </w:p>
        </w:tc>
        <w:tc>
          <w:tcPr>
            <w:tcW w:w="1701" w:type="dxa"/>
            <w:vAlign w:val="center"/>
          </w:tcPr>
          <w:p w14:paraId="31D0FEFD" w14:textId="77777777" w:rsidR="00CE54E9" w:rsidRDefault="00000000">
            <w:r>
              <w:rPr>
                <w:b/>
                <w:sz w:val="20"/>
              </w:rPr>
              <w:t>Disponibilitate</w:t>
            </w:r>
          </w:p>
        </w:tc>
      </w:tr>
      <w:tr w:rsidR="00CE54E9" w14:paraId="6FEBDABB" w14:textId="77777777">
        <w:trPr>
          <w:jc w:val="center"/>
        </w:trPr>
        <w:tc>
          <w:tcPr>
            <w:tcW w:w="567" w:type="dxa"/>
          </w:tcPr>
          <w:p w14:paraId="6D1EDF77" w14:textId="77777777" w:rsidR="00CE54E9" w:rsidRDefault="00000000">
            <w:r>
              <w:rPr>
                <w:sz w:val="20"/>
              </w:rPr>
              <w:t>1</w:t>
            </w:r>
          </w:p>
        </w:tc>
        <w:tc>
          <w:tcPr>
            <w:tcW w:w="2268" w:type="dxa"/>
          </w:tcPr>
          <w:p w14:paraId="546FDC41" w14:textId="77777777" w:rsidR="00CE54E9" w:rsidRDefault="00CE54E9"/>
        </w:tc>
        <w:tc>
          <w:tcPr>
            <w:tcW w:w="1701" w:type="dxa"/>
          </w:tcPr>
          <w:p w14:paraId="6261858C" w14:textId="77777777" w:rsidR="00CE54E9" w:rsidRDefault="00CE54E9"/>
        </w:tc>
        <w:tc>
          <w:tcPr>
            <w:tcW w:w="2268" w:type="dxa"/>
          </w:tcPr>
          <w:p w14:paraId="524D4731" w14:textId="77777777" w:rsidR="00CE54E9" w:rsidRDefault="00CE54E9"/>
        </w:tc>
        <w:tc>
          <w:tcPr>
            <w:tcW w:w="2268" w:type="dxa"/>
          </w:tcPr>
          <w:p w14:paraId="79B0FBE3" w14:textId="77777777" w:rsidR="00CE54E9" w:rsidRDefault="00CE54E9"/>
        </w:tc>
        <w:tc>
          <w:tcPr>
            <w:tcW w:w="1701" w:type="dxa"/>
          </w:tcPr>
          <w:p w14:paraId="15BC328C" w14:textId="77777777" w:rsidR="00CE54E9" w:rsidRDefault="00CE54E9"/>
        </w:tc>
      </w:tr>
      <w:tr w:rsidR="00CE54E9" w14:paraId="33CD99D0" w14:textId="77777777">
        <w:trPr>
          <w:jc w:val="center"/>
        </w:trPr>
        <w:tc>
          <w:tcPr>
            <w:tcW w:w="567" w:type="dxa"/>
          </w:tcPr>
          <w:p w14:paraId="463328C7" w14:textId="77777777" w:rsidR="00CE54E9" w:rsidRDefault="00000000">
            <w:r>
              <w:rPr>
                <w:sz w:val="20"/>
              </w:rPr>
              <w:t>2</w:t>
            </w:r>
          </w:p>
        </w:tc>
        <w:tc>
          <w:tcPr>
            <w:tcW w:w="2268" w:type="dxa"/>
          </w:tcPr>
          <w:p w14:paraId="33B0230D" w14:textId="77777777" w:rsidR="00CE54E9" w:rsidRDefault="00CE54E9"/>
        </w:tc>
        <w:tc>
          <w:tcPr>
            <w:tcW w:w="1701" w:type="dxa"/>
          </w:tcPr>
          <w:p w14:paraId="073D6B83" w14:textId="77777777" w:rsidR="00CE54E9" w:rsidRDefault="00CE54E9"/>
        </w:tc>
        <w:tc>
          <w:tcPr>
            <w:tcW w:w="2268" w:type="dxa"/>
          </w:tcPr>
          <w:p w14:paraId="5A52467F" w14:textId="77777777" w:rsidR="00CE54E9" w:rsidRDefault="00CE54E9"/>
        </w:tc>
        <w:tc>
          <w:tcPr>
            <w:tcW w:w="2268" w:type="dxa"/>
          </w:tcPr>
          <w:p w14:paraId="21676209" w14:textId="77777777" w:rsidR="00CE54E9" w:rsidRDefault="00CE54E9"/>
        </w:tc>
        <w:tc>
          <w:tcPr>
            <w:tcW w:w="1701" w:type="dxa"/>
          </w:tcPr>
          <w:p w14:paraId="1628BC54" w14:textId="77777777" w:rsidR="00CE54E9" w:rsidRDefault="00CE54E9"/>
        </w:tc>
      </w:tr>
      <w:tr w:rsidR="00CE54E9" w14:paraId="2C366753" w14:textId="77777777">
        <w:trPr>
          <w:jc w:val="center"/>
        </w:trPr>
        <w:tc>
          <w:tcPr>
            <w:tcW w:w="567" w:type="dxa"/>
          </w:tcPr>
          <w:p w14:paraId="71929C59" w14:textId="77777777" w:rsidR="00CE54E9" w:rsidRDefault="00000000">
            <w:r>
              <w:rPr>
                <w:sz w:val="20"/>
              </w:rPr>
              <w:t>3</w:t>
            </w:r>
          </w:p>
        </w:tc>
        <w:tc>
          <w:tcPr>
            <w:tcW w:w="2268" w:type="dxa"/>
          </w:tcPr>
          <w:p w14:paraId="2084EFBB" w14:textId="77777777" w:rsidR="00CE54E9" w:rsidRDefault="00CE54E9"/>
        </w:tc>
        <w:tc>
          <w:tcPr>
            <w:tcW w:w="1701" w:type="dxa"/>
          </w:tcPr>
          <w:p w14:paraId="26ED93E7" w14:textId="77777777" w:rsidR="00CE54E9" w:rsidRDefault="00CE54E9"/>
        </w:tc>
        <w:tc>
          <w:tcPr>
            <w:tcW w:w="2268" w:type="dxa"/>
          </w:tcPr>
          <w:p w14:paraId="034FDCE3" w14:textId="77777777" w:rsidR="00CE54E9" w:rsidRDefault="00CE54E9"/>
        </w:tc>
        <w:tc>
          <w:tcPr>
            <w:tcW w:w="2268" w:type="dxa"/>
          </w:tcPr>
          <w:p w14:paraId="29D9AD62" w14:textId="77777777" w:rsidR="00CE54E9" w:rsidRDefault="00CE54E9"/>
        </w:tc>
        <w:tc>
          <w:tcPr>
            <w:tcW w:w="1701" w:type="dxa"/>
          </w:tcPr>
          <w:p w14:paraId="1EDD55EF" w14:textId="77777777" w:rsidR="00CE54E9" w:rsidRDefault="00CE54E9"/>
        </w:tc>
      </w:tr>
      <w:tr w:rsidR="00CE54E9" w14:paraId="2D1CCCDA" w14:textId="77777777">
        <w:trPr>
          <w:jc w:val="center"/>
        </w:trPr>
        <w:tc>
          <w:tcPr>
            <w:tcW w:w="567" w:type="dxa"/>
          </w:tcPr>
          <w:p w14:paraId="3E26A927" w14:textId="77777777" w:rsidR="00CE54E9" w:rsidRDefault="00000000">
            <w:r>
              <w:rPr>
                <w:sz w:val="20"/>
              </w:rPr>
              <w:t>4</w:t>
            </w:r>
          </w:p>
        </w:tc>
        <w:tc>
          <w:tcPr>
            <w:tcW w:w="2268" w:type="dxa"/>
          </w:tcPr>
          <w:p w14:paraId="6C341A60" w14:textId="77777777" w:rsidR="00CE54E9" w:rsidRDefault="00CE54E9"/>
        </w:tc>
        <w:tc>
          <w:tcPr>
            <w:tcW w:w="1701" w:type="dxa"/>
          </w:tcPr>
          <w:p w14:paraId="25E4D395" w14:textId="77777777" w:rsidR="00CE54E9" w:rsidRDefault="00CE54E9"/>
        </w:tc>
        <w:tc>
          <w:tcPr>
            <w:tcW w:w="2268" w:type="dxa"/>
          </w:tcPr>
          <w:p w14:paraId="5695B499" w14:textId="77777777" w:rsidR="00CE54E9" w:rsidRDefault="00CE54E9"/>
        </w:tc>
        <w:tc>
          <w:tcPr>
            <w:tcW w:w="2268" w:type="dxa"/>
          </w:tcPr>
          <w:p w14:paraId="483E37A2" w14:textId="77777777" w:rsidR="00CE54E9" w:rsidRDefault="00CE54E9"/>
        </w:tc>
        <w:tc>
          <w:tcPr>
            <w:tcW w:w="1701" w:type="dxa"/>
          </w:tcPr>
          <w:p w14:paraId="15E92AD4" w14:textId="77777777" w:rsidR="00CE54E9" w:rsidRDefault="00CE54E9"/>
        </w:tc>
      </w:tr>
      <w:tr w:rsidR="00CE54E9" w14:paraId="2DD8D9E7" w14:textId="77777777">
        <w:trPr>
          <w:jc w:val="center"/>
        </w:trPr>
        <w:tc>
          <w:tcPr>
            <w:tcW w:w="567" w:type="dxa"/>
          </w:tcPr>
          <w:p w14:paraId="44EB85C3" w14:textId="77777777" w:rsidR="00CE54E9" w:rsidRDefault="00000000">
            <w:r>
              <w:rPr>
                <w:sz w:val="20"/>
              </w:rPr>
              <w:t>5</w:t>
            </w:r>
          </w:p>
        </w:tc>
        <w:tc>
          <w:tcPr>
            <w:tcW w:w="2268" w:type="dxa"/>
          </w:tcPr>
          <w:p w14:paraId="1A775705" w14:textId="77777777" w:rsidR="00CE54E9" w:rsidRDefault="00CE54E9"/>
        </w:tc>
        <w:tc>
          <w:tcPr>
            <w:tcW w:w="1701" w:type="dxa"/>
          </w:tcPr>
          <w:p w14:paraId="6F5211BC" w14:textId="77777777" w:rsidR="00CE54E9" w:rsidRDefault="00CE54E9"/>
        </w:tc>
        <w:tc>
          <w:tcPr>
            <w:tcW w:w="2268" w:type="dxa"/>
          </w:tcPr>
          <w:p w14:paraId="3A7F5EF8" w14:textId="77777777" w:rsidR="00CE54E9" w:rsidRDefault="00CE54E9"/>
        </w:tc>
        <w:tc>
          <w:tcPr>
            <w:tcW w:w="2268" w:type="dxa"/>
          </w:tcPr>
          <w:p w14:paraId="436B2BBB" w14:textId="77777777" w:rsidR="00CE54E9" w:rsidRDefault="00CE54E9"/>
        </w:tc>
        <w:tc>
          <w:tcPr>
            <w:tcW w:w="1701" w:type="dxa"/>
          </w:tcPr>
          <w:p w14:paraId="01798465" w14:textId="77777777" w:rsidR="00CE54E9" w:rsidRDefault="00CE54E9"/>
        </w:tc>
      </w:tr>
      <w:tr w:rsidR="00CE54E9" w14:paraId="5E4716C2" w14:textId="77777777">
        <w:trPr>
          <w:jc w:val="center"/>
        </w:trPr>
        <w:tc>
          <w:tcPr>
            <w:tcW w:w="567" w:type="dxa"/>
          </w:tcPr>
          <w:p w14:paraId="732C4A22" w14:textId="77777777" w:rsidR="00CE54E9" w:rsidRDefault="00000000">
            <w:r>
              <w:rPr>
                <w:sz w:val="20"/>
              </w:rPr>
              <w:t>6</w:t>
            </w:r>
          </w:p>
        </w:tc>
        <w:tc>
          <w:tcPr>
            <w:tcW w:w="2268" w:type="dxa"/>
          </w:tcPr>
          <w:p w14:paraId="0524F02E" w14:textId="77777777" w:rsidR="00CE54E9" w:rsidRDefault="00CE54E9"/>
        </w:tc>
        <w:tc>
          <w:tcPr>
            <w:tcW w:w="1701" w:type="dxa"/>
          </w:tcPr>
          <w:p w14:paraId="751ECD47" w14:textId="77777777" w:rsidR="00CE54E9" w:rsidRDefault="00CE54E9"/>
        </w:tc>
        <w:tc>
          <w:tcPr>
            <w:tcW w:w="2268" w:type="dxa"/>
          </w:tcPr>
          <w:p w14:paraId="39B62251" w14:textId="77777777" w:rsidR="00CE54E9" w:rsidRDefault="00CE54E9"/>
        </w:tc>
        <w:tc>
          <w:tcPr>
            <w:tcW w:w="2268" w:type="dxa"/>
          </w:tcPr>
          <w:p w14:paraId="1B4F4B47" w14:textId="77777777" w:rsidR="00CE54E9" w:rsidRDefault="00CE54E9"/>
        </w:tc>
        <w:tc>
          <w:tcPr>
            <w:tcW w:w="1701" w:type="dxa"/>
          </w:tcPr>
          <w:p w14:paraId="4C07B211" w14:textId="77777777" w:rsidR="00CE54E9" w:rsidRDefault="00CE54E9"/>
        </w:tc>
      </w:tr>
      <w:tr w:rsidR="00CE54E9" w14:paraId="0D3884D1" w14:textId="77777777">
        <w:trPr>
          <w:jc w:val="center"/>
        </w:trPr>
        <w:tc>
          <w:tcPr>
            <w:tcW w:w="567" w:type="dxa"/>
          </w:tcPr>
          <w:p w14:paraId="6840EF7C" w14:textId="77777777" w:rsidR="00CE54E9" w:rsidRDefault="00000000">
            <w:r>
              <w:rPr>
                <w:sz w:val="20"/>
              </w:rPr>
              <w:t>7</w:t>
            </w:r>
          </w:p>
        </w:tc>
        <w:tc>
          <w:tcPr>
            <w:tcW w:w="2268" w:type="dxa"/>
          </w:tcPr>
          <w:p w14:paraId="1E304E2D" w14:textId="77777777" w:rsidR="00CE54E9" w:rsidRDefault="00CE54E9"/>
        </w:tc>
        <w:tc>
          <w:tcPr>
            <w:tcW w:w="1701" w:type="dxa"/>
          </w:tcPr>
          <w:p w14:paraId="3E33DDED" w14:textId="77777777" w:rsidR="00CE54E9" w:rsidRDefault="00CE54E9"/>
        </w:tc>
        <w:tc>
          <w:tcPr>
            <w:tcW w:w="2268" w:type="dxa"/>
          </w:tcPr>
          <w:p w14:paraId="66D5B52C" w14:textId="77777777" w:rsidR="00CE54E9" w:rsidRDefault="00CE54E9"/>
        </w:tc>
        <w:tc>
          <w:tcPr>
            <w:tcW w:w="2268" w:type="dxa"/>
          </w:tcPr>
          <w:p w14:paraId="2F943E4A" w14:textId="77777777" w:rsidR="00CE54E9" w:rsidRDefault="00CE54E9"/>
        </w:tc>
        <w:tc>
          <w:tcPr>
            <w:tcW w:w="1701" w:type="dxa"/>
          </w:tcPr>
          <w:p w14:paraId="65266689" w14:textId="77777777" w:rsidR="00CE54E9" w:rsidRDefault="00CE54E9"/>
        </w:tc>
      </w:tr>
      <w:tr w:rsidR="00CE54E9" w14:paraId="1E56A271" w14:textId="77777777">
        <w:trPr>
          <w:jc w:val="center"/>
        </w:trPr>
        <w:tc>
          <w:tcPr>
            <w:tcW w:w="567" w:type="dxa"/>
          </w:tcPr>
          <w:p w14:paraId="4C4C00BE" w14:textId="77777777" w:rsidR="00CE54E9" w:rsidRDefault="00000000">
            <w:r>
              <w:rPr>
                <w:sz w:val="20"/>
              </w:rPr>
              <w:t>8</w:t>
            </w:r>
          </w:p>
        </w:tc>
        <w:tc>
          <w:tcPr>
            <w:tcW w:w="2268" w:type="dxa"/>
          </w:tcPr>
          <w:p w14:paraId="1AC5696B" w14:textId="77777777" w:rsidR="00CE54E9" w:rsidRDefault="00CE54E9"/>
        </w:tc>
        <w:tc>
          <w:tcPr>
            <w:tcW w:w="1701" w:type="dxa"/>
          </w:tcPr>
          <w:p w14:paraId="2269F308" w14:textId="77777777" w:rsidR="00CE54E9" w:rsidRDefault="00CE54E9"/>
        </w:tc>
        <w:tc>
          <w:tcPr>
            <w:tcW w:w="2268" w:type="dxa"/>
          </w:tcPr>
          <w:p w14:paraId="559D467B" w14:textId="77777777" w:rsidR="00CE54E9" w:rsidRDefault="00CE54E9"/>
        </w:tc>
        <w:tc>
          <w:tcPr>
            <w:tcW w:w="2268" w:type="dxa"/>
          </w:tcPr>
          <w:p w14:paraId="0DA5CEF4" w14:textId="77777777" w:rsidR="00CE54E9" w:rsidRDefault="00CE54E9"/>
        </w:tc>
        <w:tc>
          <w:tcPr>
            <w:tcW w:w="1701" w:type="dxa"/>
          </w:tcPr>
          <w:p w14:paraId="2D011A31" w14:textId="77777777" w:rsidR="00CE54E9" w:rsidRDefault="00CE54E9"/>
        </w:tc>
      </w:tr>
      <w:tr w:rsidR="00CE54E9" w14:paraId="7F341E53" w14:textId="77777777">
        <w:trPr>
          <w:jc w:val="center"/>
        </w:trPr>
        <w:tc>
          <w:tcPr>
            <w:tcW w:w="567" w:type="dxa"/>
          </w:tcPr>
          <w:p w14:paraId="7CA29E51" w14:textId="77777777" w:rsidR="00CE54E9" w:rsidRDefault="00000000">
            <w:r>
              <w:rPr>
                <w:sz w:val="20"/>
              </w:rPr>
              <w:t>9</w:t>
            </w:r>
          </w:p>
        </w:tc>
        <w:tc>
          <w:tcPr>
            <w:tcW w:w="2268" w:type="dxa"/>
          </w:tcPr>
          <w:p w14:paraId="05A07E65" w14:textId="77777777" w:rsidR="00CE54E9" w:rsidRDefault="00CE54E9"/>
        </w:tc>
        <w:tc>
          <w:tcPr>
            <w:tcW w:w="1701" w:type="dxa"/>
          </w:tcPr>
          <w:p w14:paraId="791D8AA1" w14:textId="77777777" w:rsidR="00CE54E9" w:rsidRDefault="00CE54E9"/>
        </w:tc>
        <w:tc>
          <w:tcPr>
            <w:tcW w:w="2268" w:type="dxa"/>
          </w:tcPr>
          <w:p w14:paraId="7D5C4D8D" w14:textId="77777777" w:rsidR="00CE54E9" w:rsidRDefault="00CE54E9"/>
        </w:tc>
        <w:tc>
          <w:tcPr>
            <w:tcW w:w="2268" w:type="dxa"/>
          </w:tcPr>
          <w:p w14:paraId="59181F38" w14:textId="77777777" w:rsidR="00CE54E9" w:rsidRDefault="00CE54E9"/>
        </w:tc>
        <w:tc>
          <w:tcPr>
            <w:tcW w:w="1701" w:type="dxa"/>
          </w:tcPr>
          <w:p w14:paraId="0D729112" w14:textId="77777777" w:rsidR="00CE54E9" w:rsidRDefault="00CE54E9"/>
        </w:tc>
      </w:tr>
      <w:tr w:rsidR="00CE54E9" w14:paraId="0FB93B08" w14:textId="77777777">
        <w:trPr>
          <w:jc w:val="center"/>
        </w:trPr>
        <w:tc>
          <w:tcPr>
            <w:tcW w:w="567" w:type="dxa"/>
          </w:tcPr>
          <w:p w14:paraId="0D7C5E9A" w14:textId="77777777" w:rsidR="00CE54E9" w:rsidRDefault="00000000">
            <w:r>
              <w:rPr>
                <w:sz w:val="20"/>
              </w:rPr>
              <w:t>10</w:t>
            </w:r>
          </w:p>
        </w:tc>
        <w:tc>
          <w:tcPr>
            <w:tcW w:w="2268" w:type="dxa"/>
          </w:tcPr>
          <w:p w14:paraId="7745E494" w14:textId="77777777" w:rsidR="00CE54E9" w:rsidRDefault="00CE54E9"/>
        </w:tc>
        <w:tc>
          <w:tcPr>
            <w:tcW w:w="1701" w:type="dxa"/>
          </w:tcPr>
          <w:p w14:paraId="4F5EE92B" w14:textId="77777777" w:rsidR="00CE54E9" w:rsidRDefault="00CE54E9"/>
        </w:tc>
        <w:tc>
          <w:tcPr>
            <w:tcW w:w="2268" w:type="dxa"/>
          </w:tcPr>
          <w:p w14:paraId="0723E394" w14:textId="77777777" w:rsidR="00CE54E9" w:rsidRDefault="00CE54E9"/>
        </w:tc>
        <w:tc>
          <w:tcPr>
            <w:tcW w:w="2268" w:type="dxa"/>
          </w:tcPr>
          <w:p w14:paraId="06DE46C9" w14:textId="77777777" w:rsidR="00CE54E9" w:rsidRDefault="00CE54E9"/>
        </w:tc>
        <w:tc>
          <w:tcPr>
            <w:tcW w:w="1701" w:type="dxa"/>
          </w:tcPr>
          <w:p w14:paraId="184E5255" w14:textId="77777777" w:rsidR="00CE54E9" w:rsidRDefault="00CE54E9"/>
        </w:tc>
      </w:tr>
      <w:tr w:rsidR="00CE54E9" w14:paraId="3131202E" w14:textId="77777777">
        <w:trPr>
          <w:jc w:val="center"/>
        </w:trPr>
        <w:tc>
          <w:tcPr>
            <w:tcW w:w="567" w:type="dxa"/>
          </w:tcPr>
          <w:p w14:paraId="501A6591" w14:textId="77777777" w:rsidR="00CE54E9" w:rsidRDefault="00000000">
            <w:r>
              <w:rPr>
                <w:sz w:val="20"/>
              </w:rPr>
              <w:t>11</w:t>
            </w:r>
          </w:p>
        </w:tc>
        <w:tc>
          <w:tcPr>
            <w:tcW w:w="2268" w:type="dxa"/>
          </w:tcPr>
          <w:p w14:paraId="1FB74657" w14:textId="77777777" w:rsidR="00CE54E9" w:rsidRDefault="00CE54E9"/>
        </w:tc>
        <w:tc>
          <w:tcPr>
            <w:tcW w:w="1701" w:type="dxa"/>
          </w:tcPr>
          <w:p w14:paraId="55124934" w14:textId="77777777" w:rsidR="00CE54E9" w:rsidRDefault="00CE54E9"/>
        </w:tc>
        <w:tc>
          <w:tcPr>
            <w:tcW w:w="2268" w:type="dxa"/>
          </w:tcPr>
          <w:p w14:paraId="398F2250" w14:textId="77777777" w:rsidR="00CE54E9" w:rsidRDefault="00CE54E9"/>
        </w:tc>
        <w:tc>
          <w:tcPr>
            <w:tcW w:w="2268" w:type="dxa"/>
          </w:tcPr>
          <w:p w14:paraId="43242969" w14:textId="77777777" w:rsidR="00CE54E9" w:rsidRDefault="00CE54E9"/>
        </w:tc>
        <w:tc>
          <w:tcPr>
            <w:tcW w:w="1701" w:type="dxa"/>
          </w:tcPr>
          <w:p w14:paraId="5D556C85" w14:textId="77777777" w:rsidR="00CE54E9" w:rsidRDefault="00CE54E9"/>
        </w:tc>
      </w:tr>
      <w:tr w:rsidR="00CE54E9" w14:paraId="28247DEE" w14:textId="77777777">
        <w:trPr>
          <w:jc w:val="center"/>
        </w:trPr>
        <w:tc>
          <w:tcPr>
            <w:tcW w:w="567" w:type="dxa"/>
          </w:tcPr>
          <w:p w14:paraId="44AC53D6" w14:textId="77777777" w:rsidR="00CE54E9" w:rsidRDefault="00000000">
            <w:r>
              <w:rPr>
                <w:sz w:val="20"/>
              </w:rPr>
              <w:t>12</w:t>
            </w:r>
          </w:p>
        </w:tc>
        <w:tc>
          <w:tcPr>
            <w:tcW w:w="2268" w:type="dxa"/>
          </w:tcPr>
          <w:p w14:paraId="22190B64" w14:textId="77777777" w:rsidR="00CE54E9" w:rsidRDefault="00CE54E9"/>
        </w:tc>
        <w:tc>
          <w:tcPr>
            <w:tcW w:w="1701" w:type="dxa"/>
          </w:tcPr>
          <w:p w14:paraId="35D6BC38" w14:textId="77777777" w:rsidR="00CE54E9" w:rsidRDefault="00CE54E9"/>
        </w:tc>
        <w:tc>
          <w:tcPr>
            <w:tcW w:w="2268" w:type="dxa"/>
          </w:tcPr>
          <w:p w14:paraId="09FF6F5D" w14:textId="77777777" w:rsidR="00CE54E9" w:rsidRDefault="00CE54E9"/>
        </w:tc>
        <w:tc>
          <w:tcPr>
            <w:tcW w:w="2268" w:type="dxa"/>
          </w:tcPr>
          <w:p w14:paraId="275FED0C" w14:textId="77777777" w:rsidR="00CE54E9" w:rsidRDefault="00CE54E9"/>
        </w:tc>
        <w:tc>
          <w:tcPr>
            <w:tcW w:w="1701" w:type="dxa"/>
          </w:tcPr>
          <w:p w14:paraId="2615A9EC" w14:textId="77777777" w:rsidR="00CE54E9" w:rsidRDefault="00CE54E9"/>
        </w:tc>
      </w:tr>
      <w:tr w:rsidR="00CE54E9" w14:paraId="59B71CEA" w14:textId="77777777">
        <w:trPr>
          <w:jc w:val="center"/>
        </w:trPr>
        <w:tc>
          <w:tcPr>
            <w:tcW w:w="567" w:type="dxa"/>
          </w:tcPr>
          <w:p w14:paraId="1AFFD9F9" w14:textId="77777777" w:rsidR="00CE54E9" w:rsidRDefault="00000000">
            <w:r>
              <w:rPr>
                <w:sz w:val="20"/>
              </w:rPr>
              <w:t>13</w:t>
            </w:r>
          </w:p>
        </w:tc>
        <w:tc>
          <w:tcPr>
            <w:tcW w:w="2268" w:type="dxa"/>
          </w:tcPr>
          <w:p w14:paraId="6459D602" w14:textId="77777777" w:rsidR="00CE54E9" w:rsidRDefault="00CE54E9"/>
        </w:tc>
        <w:tc>
          <w:tcPr>
            <w:tcW w:w="1701" w:type="dxa"/>
          </w:tcPr>
          <w:p w14:paraId="6573FF8A" w14:textId="77777777" w:rsidR="00CE54E9" w:rsidRDefault="00CE54E9"/>
        </w:tc>
        <w:tc>
          <w:tcPr>
            <w:tcW w:w="2268" w:type="dxa"/>
          </w:tcPr>
          <w:p w14:paraId="2E1F31CB" w14:textId="77777777" w:rsidR="00CE54E9" w:rsidRDefault="00CE54E9"/>
        </w:tc>
        <w:tc>
          <w:tcPr>
            <w:tcW w:w="2268" w:type="dxa"/>
          </w:tcPr>
          <w:p w14:paraId="7DC5F85B" w14:textId="77777777" w:rsidR="00CE54E9" w:rsidRDefault="00CE54E9"/>
        </w:tc>
        <w:tc>
          <w:tcPr>
            <w:tcW w:w="1701" w:type="dxa"/>
          </w:tcPr>
          <w:p w14:paraId="2ED5C36E" w14:textId="77777777" w:rsidR="00CE54E9" w:rsidRDefault="00CE54E9"/>
        </w:tc>
      </w:tr>
      <w:tr w:rsidR="00CE54E9" w14:paraId="3D955391" w14:textId="77777777">
        <w:trPr>
          <w:jc w:val="center"/>
        </w:trPr>
        <w:tc>
          <w:tcPr>
            <w:tcW w:w="567" w:type="dxa"/>
          </w:tcPr>
          <w:p w14:paraId="60DD218F" w14:textId="77777777" w:rsidR="00CE54E9" w:rsidRDefault="00000000">
            <w:r>
              <w:rPr>
                <w:sz w:val="20"/>
              </w:rPr>
              <w:t>14</w:t>
            </w:r>
          </w:p>
        </w:tc>
        <w:tc>
          <w:tcPr>
            <w:tcW w:w="2268" w:type="dxa"/>
          </w:tcPr>
          <w:p w14:paraId="1E5D6203" w14:textId="77777777" w:rsidR="00CE54E9" w:rsidRDefault="00CE54E9"/>
        </w:tc>
        <w:tc>
          <w:tcPr>
            <w:tcW w:w="1701" w:type="dxa"/>
          </w:tcPr>
          <w:p w14:paraId="7F85D89D" w14:textId="77777777" w:rsidR="00CE54E9" w:rsidRDefault="00CE54E9"/>
        </w:tc>
        <w:tc>
          <w:tcPr>
            <w:tcW w:w="2268" w:type="dxa"/>
          </w:tcPr>
          <w:p w14:paraId="4CD402D5" w14:textId="77777777" w:rsidR="00CE54E9" w:rsidRDefault="00CE54E9"/>
        </w:tc>
        <w:tc>
          <w:tcPr>
            <w:tcW w:w="2268" w:type="dxa"/>
          </w:tcPr>
          <w:p w14:paraId="7C7D92B2" w14:textId="77777777" w:rsidR="00CE54E9" w:rsidRDefault="00CE54E9"/>
        </w:tc>
        <w:tc>
          <w:tcPr>
            <w:tcW w:w="1701" w:type="dxa"/>
          </w:tcPr>
          <w:p w14:paraId="7871B763" w14:textId="77777777" w:rsidR="00CE54E9" w:rsidRDefault="00CE54E9"/>
        </w:tc>
      </w:tr>
      <w:tr w:rsidR="00CE54E9" w14:paraId="50C678A0" w14:textId="77777777">
        <w:trPr>
          <w:jc w:val="center"/>
        </w:trPr>
        <w:tc>
          <w:tcPr>
            <w:tcW w:w="567" w:type="dxa"/>
          </w:tcPr>
          <w:p w14:paraId="24B3AC3B" w14:textId="77777777" w:rsidR="00CE54E9" w:rsidRDefault="00000000">
            <w:r>
              <w:rPr>
                <w:sz w:val="20"/>
              </w:rPr>
              <w:t>15</w:t>
            </w:r>
          </w:p>
        </w:tc>
        <w:tc>
          <w:tcPr>
            <w:tcW w:w="2268" w:type="dxa"/>
          </w:tcPr>
          <w:p w14:paraId="1BE32303" w14:textId="77777777" w:rsidR="00CE54E9" w:rsidRDefault="00CE54E9"/>
        </w:tc>
        <w:tc>
          <w:tcPr>
            <w:tcW w:w="1701" w:type="dxa"/>
          </w:tcPr>
          <w:p w14:paraId="73C2D9D1" w14:textId="77777777" w:rsidR="00CE54E9" w:rsidRDefault="00CE54E9"/>
        </w:tc>
        <w:tc>
          <w:tcPr>
            <w:tcW w:w="2268" w:type="dxa"/>
          </w:tcPr>
          <w:p w14:paraId="152B1BD1" w14:textId="77777777" w:rsidR="00CE54E9" w:rsidRDefault="00CE54E9"/>
        </w:tc>
        <w:tc>
          <w:tcPr>
            <w:tcW w:w="2268" w:type="dxa"/>
          </w:tcPr>
          <w:p w14:paraId="31D6E231" w14:textId="77777777" w:rsidR="00CE54E9" w:rsidRDefault="00CE54E9"/>
        </w:tc>
        <w:tc>
          <w:tcPr>
            <w:tcW w:w="1701" w:type="dxa"/>
          </w:tcPr>
          <w:p w14:paraId="1BB02D4C" w14:textId="77777777" w:rsidR="00CE54E9" w:rsidRDefault="00CE54E9"/>
        </w:tc>
      </w:tr>
      <w:tr w:rsidR="00CE54E9" w14:paraId="3B678A97" w14:textId="77777777">
        <w:trPr>
          <w:jc w:val="center"/>
        </w:trPr>
        <w:tc>
          <w:tcPr>
            <w:tcW w:w="567" w:type="dxa"/>
          </w:tcPr>
          <w:p w14:paraId="690E7EEB" w14:textId="77777777" w:rsidR="00CE54E9" w:rsidRDefault="00000000">
            <w:r>
              <w:rPr>
                <w:sz w:val="20"/>
              </w:rPr>
              <w:t>16</w:t>
            </w:r>
          </w:p>
        </w:tc>
        <w:tc>
          <w:tcPr>
            <w:tcW w:w="2268" w:type="dxa"/>
          </w:tcPr>
          <w:p w14:paraId="6C27F3AE" w14:textId="77777777" w:rsidR="00CE54E9" w:rsidRDefault="00CE54E9"/>
        </w:tc>
        <w:tc>
          <w:tcPr>
            <w:tcW w:w="1701" w:type="dxa"/>
          </w:tcPr>
          <w:p w14:paraId="53BC5325" w14:textId="77777777" w:rsidR="00CE54E9" w:rsidRDefault="00CE54E9"/>
        </w:tc>
        <w:tc>
          <w:tcPr>
            <w:tcW w:w="2268" w:type="dxa"/>
          </w:tcPr>
          <w:p w14:paraId="7ACE92DF" w14:textId="77777777" w:rsidR="00CE54E9" w:rsidRDefault="00CE54E9"/>
        </w:tc>
        <w:tc>
          <w:tcPr>
            <w:tcW w:w="2268" w:type="dxa"/>
          </w:tcPr>
          <w:p w14:paraId="61E56C72" w14:textId="77777777" w:rsidR="00CE54E9" w:rsidRDefault="00CE54E9"/>
        </w:tc>
        <w:tc>
          <w:tcPr>
            <w:tcW w:w="1701" w:type="dxa"/>
          </w:tcPr>
          <w:p w14:paraId="397E3FEF" w14:textId="77777777" w:rsidR="00CE54E9" w:rsidRDefault="00CE54E9"/>
        </w:tc>
      </w:tr>
    </w:tbl>
    <w:p w14:paraId="0E3CA9BC" w14:textId="77777777" w:rsidR="00CE54E9" w:rsidRDefault="00000000" w:rsidP="00596313">
      <w:pPr>
        <w:jc w:val="both"/>
      </w:pPr>
      <w:r>
        <w:t>Pentru fiecare persoană se vor prezenta documentele solicitate prin caietul de sarcini: documente de studii/calificare, CV, declarație de disponibilitate, cazier judiciar, certificat de integritate comportamentală și adeverință medicală.</w:t>
      </w:r>
    </w:p>
    <w:p w14:paraId="484853D5" w14:textId="77777777" w:rsidR="00CE54E9" w:rsidRPr="002C064B" w:rsidRDefault="00000000" w:rsidP="00596313">
      <w:pPr>
        <w:jc w:val="both"/>
        <w:rPr>
          <w:lang w:val="it-IT"/>
        </w:rPr>
      </w:pPr>
      <w:r w:rsidRPr="002C064B">
        <w:rPr>
          <w:lang w:val="it-IT"/>
        </w:rPr>
        <w:t>Ne angajăm ca orice înlocuire să se facă numai cu personal cu calificări cel puțin echivalente și cu aprobarea prealabilă a autorității contractante.</w:t>
      </w:r>
    </w:p>
    <w:p w14:paraId="19C4F79C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t>Data: ____________    Reprezentant legal: ____________________    Semnătura: ____________________</w:t>
      </w:r>
    </w:p>
    <w:p w14:paraId="345BDE5C" w14:textId="77777777" w:rsidR="00CE54E9" w:rsidRPr="002C064B" w:rsidRDefault="00000000">
      <w:pPr>
        <w:rPr>
          <w:lang w:val="pt-BR"/>
        </w:rPr>
      </w:pPr>
      <w:r w:rsidRPr="002C064B">
        <w:rPr>
          <w:lang w:val="pt-BR"/>
        </w:rPr>
        <w:br w:type="page"/>
      </w:r>
    </w:p>
    <w:p w14:paraId="436E3C39" w14:textId="77777777" w:rsidR="00CE54E9" w:rsidRPr="002C064B" w:rsidRDefault="00000000">
      <w:pPr>
        <w:jc w:val="center"/>
        <w:rPr>
          <w:lang w:val="pt-BR"/>
        </w:rPr>
      </w:pPr>
      <w:r w:rsidRPr="002C064B">
        <w:rPr>
          <w:b/>
          <w:lang w:val="pt-BR"/>
        </w:rPr>
        <w:lastRenderedPageBreak/>
        <w:t>FORMULAR NR. 12</w:t>
      </w:r>
    </w:p>
    <w:p w14:paraId="77093783" w14:textId="77777777" w:rsidR="00CE54E9" w:rsidRPr="002C064B" w:rsidRDefault="00000000">
      <w:pPr>
        <w:spacing w:after="200"/>
        <w:jc w:val="center"/>
        <w:rPr>
          <w:lang w:val="pt-BR"/>
        </w:rPr>
      </w:pPr>
      <w:r w:rsidRPr="002C064B">
        <w:rPr>
          <w:b/>
          <w:lang w:val="pt-BR"/>
        </w:rPr>
        <w:t>DECLARAȚIE DE CONSIMȚĂMÂNT PRIVIND PRELUCRAREA DATELOR CU CARACTER PERSONAL</w:t>
      </w:r>
    </w:p>
    <w:p w14:paraId="37A39081" w14:textId="77777777" w:rsidR="00CE54E9" w:rsidRPr="002C064B" w:rsidRDefault="00000000">
      <w:pPr>
        <w:rPr>
          <w:lang w:val="it-IT"/>
        </w:rPr>
      </w:pPr>
      <w:r w:rsidRPr="002C064B">
        <w:rPr>
          <w:lang w:val="it-IT"/>
        </w:rPr>
        <w:t>Subsemnatul(a) ____________________, domiciliat(ă) în ____________________, identificat(ă) cu CI seria ____ nr. ________, declar că am fost informat(ă) cu privire la prelucrarea datelor cu caracter personal furnizate în cadrul procedurii de atribuire, în conformitate cu Regulamentul (UE) 2016/679 și legislația națională aplicabilă.</w:t>
      </w:r>
    </w:p>
    <w:p w14:paraId="18EB7EB4" w14:textId="77777777" w:rsidR="00CE54E9" w:rsidRDefault="00000000">
      <w:r w:rsidRPr="002C064B">
        <w:rPr>
          <w:lang w:val="it-IT"/>
        </w:rPr>
        <w:t xml:space="preserve">Datele vor fi utilizate în scopul derulării procedurii de achiziție, încheierii și executării contractului, verificării/auditului proiectului SMIS 339212 și îndeplinirii obligațiilor legale ale autorității contractante.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 xml:space="preserve"> sunt corecte și mă oblig să comunic modificările relevante.</w:t>
      </w:r>
    </w:p>
    <w:p w14:paraId="1D689111" w14:textId="77777777" w:rsidR="00CE54E9" w:rsidRDefault="00000000">
      <w:r>
        <w:t>Data: ____________    Nume și prenume: ____________________    Semnătura: ____________________</w:t>
      </w:r>
    </w:p>
    <w:sectPr w:rsidR="00CE54E9" w:rsidSect="00034616">
      <w:footerReference w:type="default" r:id="rId8"/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97BE3" w14:textId="77777777" w:rsidR="00314F44" w:rsidRDefault="00314F44">
      <w:pPr>
        <w:spacing w:after="0"/>
      </w:pPr>
      <w:r>
        <w:separator/>
      </w:r>
    </w:p>
  </w:endnote>
  <w:endnote w:type="continuationSeparator" w:id="0">
    <w:p w14:paraId="23BC5038" w14:textId="77777777" w:rsidR="00314F44" w:rsidRDefault="00314F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3F5E" w14:textId="77777777" w:rsidR="00CE54E9" w:rsidRDefault="00000000">
    <w:pPr>
      <w:pStyle w:val="Subsol"/>
      <w:jc w:val="center"/>
    </w:pPr>
    <w:r>
      <w:rPr>
        <w:sz w:val="18"/>
      </w:rPr>
      <w:t>Proiect SMIS 339212 – SA 1.1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47905" w14:textId="77777777" w:rsidR="00314F44" w:rsidRDefault="00314F44">
      <w:pPr>
        <w:spacing w:after="0"/>
      </w:pPr>
      <w:r>
        <w:separator/>
      </w:r>
    </w:p>
  </w:footnote>
  <w:footnote w:type="continuationSeparator" w:id="0">
    <w:p w14:paraId="6469C342" w14:textId="77777777" w:rsidR="00314F44" w:rsidRDefault="00314F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0430367">
    <w:abstractNumId w:val="8"/>
  </w:num>
  <w:num w:numId="2" w16cid:durableId="254290992">
    <w:abstractNumId w:val="6"/>
  </w:num>
  <w:num w:numId="3" w16cid:durableId="846557819">
    <w:abstractNumId w:val="5"/>
  </w:num>
  <w:num w:numId="4" w16cid:durableId="1888297841">
    <w:abstractNumId w:val="4"/>
  </w:num>
  <w:num w:numId="5" w16cid:durableId="1678191689">
    <w:abstractNumId w:val="7"/>
  </w:num>
  <w:num w:numId="6" w16cid:durableId="2133206067">
    <w:abstractNumId w:val="3"/>
  </w:num>
  <w:num w:numId="7" w16cid:durableId="1987077793">
    <w:abstractNumId w:val="2"/>
  </w:num>
  <w:num w:numId="8" w16cid:durableId="861287020">
    <w:abstractNumId w:val="1"/>
  </w:num>
  <w:num w:numId="9" w16cid:durableId="28450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7835"/>
    <w:rsid w:val="00034616"/>
    <w:rsid w:val="0006063C"/>
    <w:rsid w:val="0015074B"/>
    <w:rsid w:val="0029639D"/>
    <w:rsid w:val="002C064B"/>
    <w:rsid w:val="00314F44"/>
    <w:rsid w:val="00326F90"/>
    <w:rsid w:val="004B0957"/>
    <w:rsid w:val="00596313"/>
    <w:rsid w:val="006F49BD"/>
    <w:rsid w:val="00702267"/>
    <w:rsid w:val="007F0FC0"/>
    <w:rsid w:val="008A430D"/>
    <w:rsid w:val="009D3DD4"/>
    <w:rsid w:val="00A25D63"/>
    <w:rsid w:val="00A90CCB"/>
    <w:rsid w:val="00AA1D8D"/>
    <w:rsid w:val="00B47730"/>
    <w:rsid w:val="00CB0664"/>
    <w:rsid w:val="00CE54E9"/>
    <w:rsid w:val="00FC693F"/>
    <w:rsid w:val="00FD38ED"/>
    <w:rsid w:val="00FF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5E6AC4"/>
  <w14:defaultImageDpi w14:val="300"/>
  <w15:docId w15:val="{C9307522-7CB6-4DAE-ADBD-7FD9BCC86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Times New Roman" w:hAnsi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1838</Words>
  <Characters>10663</Characters>
  <Application>Microsoft Office Word</Application>
  <DocSecurity>0</DocSecurity>
  <Lines>88</Lines>
  <Paragraphs>24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Andrei Pacurar</cp:lastModifiedBy>
  <cp:revision>7</cp:revision>
  <cp:lastPrinted>2026-08-26T11:45:00Z</cp:lastPrinted>
  <dcterms:created xsi:type="dcterms:W3CDTF">2013-12-23T23:15:00Z</dcterms:created>
  <dcterms:modified xsi:type="dcterms:W3CDTF">2026-08-27T11:38:00Z</dcterms:modified>
  <cp:category/>
</cp:coreProperties>
</file>